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5533A" w14:textId="77777777" w:rsidR="00AF3334" w:rsidRDefault="00AF3334">
      <w:pPr>
        <w:spacing w:after="0"/>
        <w:ind w:left="-567"/>
        <w:rPr>
          <w:rFonts w:ascii="Avenir Next LT Pro" w:eastAsia="Arial" w:hAnsi="Avenir Next LT Pro" w:cs="Arial"/>
          <w:sz w:val="20"/>
          <w:szCs w:val="20"/>
        </w:rPr>
      </w:pPr>
    </w:p>
    <w:p w14:paraId="24C35B47" w14:textId="77777777" w:rsidR="00AF3334" w:rsidRDefault="00AF3334">
      <w:pPr>
        <w:spacing w:after="0"/>
        <w:ind w:left="-567"/>
        <w:rPr>
          <w:rFonts w:ascii="Avenir Next LT Pro" w:eastAsia="Arial" w:hAnsi="Avenir Next LT Pro" w:cs="Arial"/>
          <w:sz w:val="20"/>
          <w:szCs w:val="20"/>
        </w:rPr>
      </w:pPr>
    </w:p>
    <w:p w14:paraId="6974EA8B" w14:textId="0A66CC96"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Who should complete this form? </w:t>
      </w:r>
    </w:p>
    <w:p w14:paraId="4556D2CD"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-International applicants who wish to study at Evolution School</w:t>
      </w:r>
    </w:p>
    <w:p w14:paraId="2EE1E96D"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-Permanent residents of Cook Islands, Tokelau or Niue who wish to study at Evolution School</w:t>
      </w:r>
    </w:p>
    <w:p w14:paraId="2BC4C41B" w14:textId="77777777" w:rsidR="005600B5" w:rsidRPr="00AF3334" w:rsidRDefault="005600B5">
      <w:pPr>
        <w:spacing w:after="0"/>
        <w:ind w:left="-567"/>
        <w:rPr>
          <w:rFonts w:ascii="Avenir Next LT Pro" w:eastAsia="Arial" w:hAnsi="Avenir Next LT Pro" w:cs="Arial"/>
          <w:sz w:val="20"/>
          <w:szCs w:val="20"/>
        </w:rPr>
      </w:pPr>
    </w:p>
    <w:p w14:paraId="36A3FA8E" w14:textId="77777777" w:rsidR="005600B5" w:rsidRPr="00AF3334" w:rsidRDefault="005600B5">
      <w:pPr>
        <w:spacing w:after="0"/>
        <w:ind w:left="-567"/>
        <w:rPr>
          <w:rFonts w:ascii="Avenir Next LT Pro" w:eastAsia="Arial" w:hAnsi="Avenir Next LT Pro" w:cs="Arial"/>
          <w:sz w:val="20"/>
          <w:szCs w:val="20"/>
        </w:rPr>
      </w:pPr>
    </w:p>
    <w:p w14:paraId="4BCFDCA5" w14:textId="77777777" w:rsidR="005600B5" w:rsidRPr="00AF3334" w:rsidRDefault="00000000">
      <w:pPr>
        <w:pStyle w:val="Heading1"/>
        <w:numPr>
          <w:ilvl w:val="0"/>
          <w:numId w:val="1"/>
        </w:numPr>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Applicant’s Personal Details</w:t>
      </w:r>
    </w:p>
    <w:p w14:paraId="00509597"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You must attach a certified copy of your birth certificate or passport. If you have changed your name, please attach evidence of this (e.g. certified copy of marriage certificate).</w:t>
      </w:r>
    </w:p>
    <w:p w14:paraId="2E8767B2"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Surname or family name: </w:t>
      </w:r>
    </w:p>
    <w:p w14:paraId="1BA1E718"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First name(s):</w:t>
      </w:r>
    </w:p>
    <w:p w14:paraId="2D2B33E6"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Date of birth (DD/MM/YYYY): </w:t>
      </w:r>
    </w:p>
    <w:p w14:paraId="6D72D086"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Gender: </w:t>
      </w:r>
    </w:p>
    <w:p w14:paraId="68B699F1"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Country of citizenship: </w:t>
      </w:r>
    </w:p>
    <w:p w14:paraId="403C96BB"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Ethnicity:</w:t>
      </w:r>
    </w:p>
    <w:p w14:paraId="6F6F5827"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Passport number: </w:t>
      </w:r>
      <w:r w:rsidRPr="00AF3334">
        <w:rPr>
          <w:rFonts w:ascii="Avenir Next LT Pro" w:eastAsia="Arial" w:hAnsi="Avenir Next LT Pro" w:cs="Arial"/>
          <w:b/>
          <w:bCs/>
          <w:sz w:val="20"/>
          <w:szCs w:val="20"/>
        </w:rPr>
        <w:tab/>
      </w:r>
      <w:r w:rsidRPr="00AF3334">
        <w:rPr>
          <w:rFonts w:ascii="Avenir Next LT Pro" w:eastAsia="Arial" w:hAnsi="Avenir Next LT Pro" w:cs="Arial"/>
          <w:b/>
          <w:bCs/>
          <w:sz w:val="20"/>
          <w:szCs w:val="20"/>
        </w:rPr>
        <w:tab/>
      </w:r>
      <w:r w:rsidRPr="00AF3334">
        <w:rPr>
          <w:rFonts w:ascii="Avenir Next LT Pro" w:eastAsia="Arial" w:hAnsi="Avenir Next LT Pro" w:cs="Arial"/>
          <w:b/>
          <w:bCs/>
          <w:sz w:val="20"/>
          <w:szCs w:val="20"/>
        </w:rPr>
        <w:tab/>
      </w:r>
      <w:r w:rsidRPr="00AF3334">
        <w:rPr>
          <w:rFonts w:ascii="Avenir Next LT Pro" w:eastAsia="Arial" w:hAnsi="Avenir Next LT Pro" w:cs="Arial"/>
          <w:b/>
          <w:bCs/>
          <w:sz w:val="20"/>
          <w:szCs w:val="20"/>
        </w:rPr>
        <w:tab/>
      </w:r>
      <w:r w:rsidRPr="00AF3334">
        <w:rPr>
          <w:rFonts w:ascii="Avenir Next LT Pro" w:eastAsia="Arial" w:hAnsi="Avenir Next LT Pro" w:cs="Arial"/>
          <w:b/>
          <w:bCs/>
          <w:sz w:val="20"/>
          <w:szCs w:val="20"/>
        </w:rPr>
        <w:tab/>
      </w:r>
    </w:p>
    <w:p w14:paraId="1D95B04E"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Passport expiry date:</w:t>
      </w:r>
    </w:p>
    <w:p w14:paraId="1299559D"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Visa type (if you already held): </w:t>
      </w:r>
      <w:r w:rsidRPr="00AF3334">
        <w:rPr>
          <w:rFonts w:ascii="Avenir Next LT Pro" w:eastAsia="Arial" w:hAnsi="Avenir Next LT Pro" w:cs="Arial"/>
          <w:b/>
          <w:bCs/>
          <w:sz w:val="20"/>
          <w:szCs w:val="20"/>
        </w:rPr>
        <w:tab/>
      </w:r>
      <w:r w:rsidRPr="00AF3334">
        <w:rPr>
          <w:rFonts w:ascii="Avenir Next LT Pro" w:eastAsia="Arial" w:hAnsi="Avenir Next LT Pro" w:cs="Arial"/>
          <w:b/>
          <w:bCs/>
          <w:sz w:val="20"/>
          <w:szCs w:val="20"/>
        </w:rPr>
        <w:tab/>
      </w:r>
      <w:r w:rsidRPr="00AF3334">
        <w:rPr>
          <w:rFonts w:ascii="Avenir Next LT Pro" w:eastAsia="Arial" w:hAnsi="Avenir Next LT Pro" w:cs="Arial"/>
          <w:b/>
          <w:bCs/>
          <w:sz w:val="20"/>
          <w:szCs w:val="20"/>
        </w:rPr>
        <w:tab/>
      </w:r>
    </w:p>
    <w:p w14:paraId="1F762122" w14:textId="77777777" w:rsidR="005600B5" w:rsidRPr="00AF3334" w:rsidRDefault="00000000">
      <w:pPr>
        <w:spacing w:after="0" w:line="360" w:lineRule="auto"/>
        <w:ind w:left="-567"/>
        <w:rPr>
          <w:rFonts w:ascii="Avenir Next LT Pro" w:eastAsia="Arial" w:hAnsi="Avenir Next LT Pro" w:cs="Arial"/>
          <w:b/>
          <w:bCs/>
          <w:sz w:val="20"/>
          <w:szCs w:val="20"/>
          <w:highlight w:val="yellow"/>
        </w:rPr>
      </w:pPr>
      <w:r w:rsidRPr="00AF3334">
        <w:rPr>
          <w:rFonts w:ascii="Avenir Next LT Pro" w:eastAsia="Arial" w:hAnsi="Avenir Next LT Pro" w:cs="Arial"/>
          <w:b/>
          <w:bCs/>
          <w:sz w:val="20"/>
          <w:szCs w:val="20"/>
        </w:rPr>
        <w:t xml:space="preserve">Visa expiry date: </w:t>
      </w:r>
    </w:p>
    <w:p w14:paraId="11E1D891" w14:textId="77777777" w:rsidR="005600B5" w:rsidRPr="00AF3334" w:rsidRDefault="005600B5">
      <w:pPr>
        <w:spacing w:after="0"/>
        <w:ind w:left="-567"/>
        <w:rPr>
          <w:rFonts w:ascii="Avenir Next LT Pro" w:eastAsia="Arial" w:hAnsi="Avenir Next LT Pro" w:cs="Arial"/>
          <w:sz w:val="20"/>
          <w:szCs w:val="20"/>
        </w:rPr>
      </w:pPr>
    </w:p>
    <w:p w14:paraId="203DE388" w14:textId="77777777" w:rsidR="005600B5" w:rsidRPr="00AF3334" w:rsidRDefault="00000000">
      <w:pPr>
        <w:pStyle w:val="Heading1"/>
        <w:numPr>
          <w:ilvl w:val="0"/>
          <w:numId w:val="1"/>
        </w:numPr>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Applicant’s Main Contact Details</w:t>
      </w:r>
    </w:p>
    <w:p w14:paraId="014E9C5F"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This address you enter below will be used for all correspondence unless an Evolution School registered agent has been appointed by you. You may also be contacted by email, telephone or mail. Please advise Evolution School if your main contact address changes.</w:t>
      </w:r>
    </w:p>
    <w:p w14:paraId="3FD19252"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If you apply through an Evolution School registered agent, all correspondence about your application will be sent to that agent. See Section ??? to enter your agent’s contact details.</w:t>
      </w:r>
    </w:p>
    <w:p w14:paraId="65E73B44" w14:textId="77777777" w:rsidR="005600B5" w:rsidRPr="00AF3334" w:rsidRDefault="00000000">
      <w:pPr>
        <w:spacing w:after="0" w:line="36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What is your main contact address?</w:t>
      </w:r>
    </w:p>
    <w:p w14:paraId="72D97F16"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Street name and number:</w:t>
      </w:r>
    </w:p>
    <w:p w14:paraId="1CED519A"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Suburb:</w:t>
      </w:r>
    </w:p>
    <w:p w14:paraId="576035EB"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City/Town:</w:t>
      </w:r>
    </w:p>
    <w:p w14:paraId="21016252"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Post code:</w:t>
      </w:r>
    </w:p>
    <w:p w14:paraId="4D25B77C"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Country:</w:t>
      </w:r>
    </w:p>
    <w:p w14:paraId="3AFCE5C4"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Telephone number (with country code):</w:t>
      </w:r>
    </w:p>
    <w:p w14:paraId="13076241"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Mobile number (with country code):</w:t>
      </w:r>
    </w:p>
    <w:p w14:paraId="1D51071F"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Email address:</w:t>
      </w:r>
    </w:p>
    <w:p w14:paraId="488AE9E2" w14:textId="77777777" w:rsidR="005600B5" w:rsidRPr="00AF3334" w:rsidRDefault="00000000">
      <w:pPr>
        <w:pStyle w:val="Heading1"/>
        <w:numPr>
          <w:ilvl w:val="0"/>
          <w:numId w:val="1"/>
        </w:numPr>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Alternative Contact Details</w:t>
      </w:r>
    </w:p>
    <w:p w14:paraId="143B50B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This will be used if we cannot contact you at your main address.</w:t>
      </w:r>
    </w:p>
    <w:p w14:paraId="4294D04E"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lastRenderedPageBreak/>
        <w:t>No agent’s details in this section – see Section 4</w:t>
      </w:r>
    </w:p>
    <w:p w14:paraId="620806EB"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Street name and number:</w:t>
      </w:r>
    </w:p>
    <w:p w14:paraId="68FE4341"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Suburb:</w:t>
      </w:r>
    </w:p>
    <w:p w14:paraId="7D67054D"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City/Town:</w:t>
      </w:r>
    </w:p>
    <w:p w14:paraId="7443625D"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Post code:</w:t>
      </w:r>
    </w:p>
    <w:p w14:paraId="582192AE"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Country:</w:t>
      </w:r>
    </w:p>
    <w:p w14:paraId="1B04F1A8"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Telephone/Mobile number (with country code):</w:t>
      </w:r>
    </w:p>
    <w:p w14:paraId="27B788B5"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Who is your emergency contact person?</w:t>
      </w:r>
    </w:p>
    <w:p w14:paraId="470456F4"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Name:</w:t>
      </w:r>
    </w:p>
    <w:p w14:paraId="0C88A842"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Telephone/mobile number (with country code):</w:t>
      </w:r>
    </w:p>
    <w:p w14:paraId="71ABA8BE" w14:textId="77777777" w:rsidR="005600B5" w:rsidRPr="00AF3334" w:rsidRDefault="005600B5">
      <w:pPr>
        <w:spacing w:after="0"/>
        <w:ind w:left="-567"/>
        <w:rPr>
          <w:rFonts w:ascii="Avenir Next LT Pro" w:eastAsia="Arial" w:hAnsi="Avenir Next LT Pro" w:cs="Arial"/>
          <w:sz w:val="20"/>
          <w:szCs w:val="20"/>
        </w:rPr>
      </w:pPr>
    </w:p>
    <w:p w14:paraId="617566C6" w14:textId="77777777" w:rsidR="005600B5" w:rsidRPr="00AF3334" w:rsidRDefault="00000000">
      <w:pPr>
        <w:pStyle w:val="Heading1"/>
        <w:numPr>
          <w:ilvl w:val="0"/>
          <w:numId w:val="1"/>
        </w:numPr>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If applying through an Evolution School registered agent</w:t>
      </w:r>
    </w:p>
    <w:p w14:paraId="6FF4AD8B"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Please complete this section if applying through an Evolution School registered agent. If not, go to Section 5.</w:t>
      </w:r>
    </w:p>
    <w:p w14:paraId="18B291C1"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Evolution School has the contact details for all Evolution School registered agents. If you apply through an Evolution School registered agent, all correspondence relating to your application will be sent to that agent.</w:t>
      </w:r>
    </w:p>
    <w:p w14:paraId="158E4E17"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What is the name of your Evolution School registered agent and code?</w:t>
      </w:r>
    </w:p>
    <w:p w14:paraId="0F568BF2"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Place the Evolution School registered agent stamp here:</w:t>
      </w:r>
    </w:p>
    <w:tbl>
      <w:tblPr>
        <w:tblStyle w:val="a"/>
        <w:tblW w:w="2129"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9"/>
      </w:tblGrid>
      <w:tr w:rsidR="00AF3334" w:rsidRPr="00AF3334" w14:paraId="6435F69A" w14:textId="77777777">
        <w:trPr>
          <w:trHeight w:val="1620"/>
        </w:trPr>
        <w:tc>
          <w:tcPr>
            <w:tcW w:w="2129" w:type="dxa"/>
          </w:tcPr>
          <w:p w14:paraId="06437040" w14:textId="77777777" w:rsidR="005600B5" w:rsidRPr="00AF3334" w:rsidRDefault="005600B5">
            <w:pPr>
              <w:ind w:left="-567"/>
              <w:rPr>
                <w:rFonts w:ascii="Avenir Next LT Pro" w:eastAsia="Arial" w:hAnsi="Avenir Next LT Pro" w:cs="Arial"/>
                <w:sz w:val="20"/>
                <w:szCs w:val="20"/>
              </w:rPr>
            </w:pPr>
          </w:p>
        </w:tc>
      </w:tr>
    </w:tbl>
    <w:p w14:paraId="05426A5C" w14:textId="77777777" w:rsidR="005600B5" w:rsidRPr="00AF3334" w:rsidRDefault="005600B5">
      <w:pPr>
        <w:rPr>
          <w:rFonts w:ascii="Avenir Next LT Pro" w:eastAsia="Arial" w:hAnsi="Avenir Next LT Pro" w:cs="Arial"/>
          <w:sz w:val="20"/>
          <w:szCs w:val="20"/>
        </w:rPr>
      </w:pPr>
    </w:p>
    <w:p w14:paraId="5FF6FAED" w14:textId="77777777" w:rsidR="005600B5" w:rsidRPr="00AF3334" w:rsidRDefault="00000000">
      <w:pPr>
        <w:pStyle w:val="Heading1"/>
        <w:numPr>
          <w:ilvl w:val="0"/>
          <w:numId w:val="1"/>
        </w:numPr>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Programme Selection</w:t>
      </w:r>
    </w:p>
    <w:p w14:paraId="21053615"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Please state your preferred programme of study in order of preference. If you are unsure of the programme code, leave that space blank. Your programmes will be assessed in the order that you list them here. </w:t>
      </w:r>
    </w:p>
    <w:p w14:paraId="5FF89141" w14:textId="77777777" w:rsidR="005600B5" w:rsidRPr="00AF3334" w:rsidRDefault="00000000">
      <w:pPr>
        <w:spacing w:after="0" w:line="360" w:lineRule="auto"/>
        <w:ind w:left="-567"/>
        <w:rPr>
          <w:rFonts w:ascii="Avenir Next LT Pro" w:eastAsia="Arial" w:hAnsi="Avenir Next LT Pro" w:cs="Arial"/>
          <w:b/>
          <w:bCs/>
          <w:sz w:val="20"/>
          <w:szCs w:val="20"/>
          <w:u w:val="single"/>
        </w:rPr>
      </w:pPr>
      <w:r w:rsidRPr="00AF3334">
        <w:rPr>
          <w:rFonts w:ascii="Avenir Next LT Pro" w:eastAsia="Arial" w:hAnsi="Avenir Next LT Pro" w:cs="Arial"/>
          <w:b/>
          <w:bCs/>
          <w:sz w:val="20"/>
          <w:szCs w:val="20"/>
          <w:u w:val="single"/>
        </w:rPr>
        <w:t>Preference 1</w:t>
      </w:r>
    </w:p>
    <w:p w14:paraId="5DE94B58"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Programme Name: </w:t>
      </w:r>
    </w:p>
    <w:p w14:paraId="59FC5BEA"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Programme Code:</w:t>
      </w:r>
    </w:p>
    <w:p w14:paraId="415EFDE5"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Preferred start Date:</w:t>
      </w:r>
    </w:p>
    <w:p w14:paraId="743F0484" w14:textId="77777777" w:rsidR="005600B5" w:rsidRPr="00AF3334" w:rsidRDefault="005600B5">
      <w:pPr>
        <w:spacing w:after="0" w:line="360" w:lineRule="auto"/>
        <w:ind w:left="-567"/>
        <w:rPr>
          <w:rFonts w:ascii="Avenir Next LT Pro" w:eastAsia="Arial" w:hAnsi="Avenir Next LT Pro" w:cs="Arial"/>
          <w:sz w:val="20"/>
          <w:szCs w:val="20"/>
        </w:rPr>
      </w:pPr>
    </w:p>
    <w:p w14:paraId="309D435A" w14:textId="77777777" w:rsidR="005600B5" w:rsidRPr="00AF3334" w:rsidRDefault="00000000">
      <w:pPr>
        <w:spacing w:after="0" w:line="360" w:lineRule="auto"/>
        <w:ind w:left="-567"/>
        <w:rPr>
          <w:rFonts w:ascii="Avenir Next LT Pro" w:eastAsia="Arial" w:hAnsi="Avenir Next LT Pro" w:cs="Arial"/>
          <w:b/>
          <w:bCs/>
          <w:sz w:val="20"/>
          <w:szCs w:val="20"/>
          <w:u w:val="single"/>
        </w:rPr>
      </w:pPr>
      <w:r w:rsidRPr="00AF3334">
        <w:rPr>
          <w:rFonts w:ascii="Avenir Next LT Pro" w:eastAsia="Arial" w:hAnsi="Avenir Next LT Pro" w:cs="Arial"/>
          <w:b/>
          <w:bCs/>
          <w:sz w:val="20"/>
          <w:szCs w:val="20"/>
          <w:u w:val="single"/>
        </w:rPr>
        <w:t>Preference 1</w:t>
      </w:r>
    </w:p>
    <w:p w14:paraId="1C2D8FDE"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Programme Name: </w:t>
      </w:r>
    </w:p>
    <w:p w14:paraId="1AF4E5A8"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Programme Code:</w:t>
      </w:r>
    </w:p>
    <w:p w14:paraId="401B25BD" w14:textId="77777777" w:rsidR="005600B5" w:rsidRPr="00AF3334" w:rsidRDefault="00000000">
      <w:pPr>
        <w:spacing w:after="0" w:line="360" w:lineRule="auto"/>
        <w:ind w:left="-567"/>
        <w:rPr>
          <w:rFonts w:ascii="Avenir Next LT Pro" w:eastAsia="Arial" w:hAnsi="Avenir Next LT Pro" w:cs="Arial"/>
          <w:sz w:val="20"/>
          <w:szCs w:val="20"/>
        </w:rPr>
      </w:pPr>
      <w:r w:rsidRPr="00AF3334">
        <w:rPr>
          <w:rFonts w:ascii="Avenir Next LT Pro" w:eastAsia="Arial" w:hAnsi="Avenir Next LT Pro" w:cs="Arial"/>
          <w:b/>
          <w:bCs/>
          <w:sz w:val="20"/>
          <w:szCs w:val="20"/>
        </w:rPr>
        <w:t>Preferred start Date:</w:t>
      </w:r>
    </w:p>
    <w:p w14:paraId="6C8396FA" w14:textId="77777777" w:rsidR="005600B5" w:rsidRPr="00AF3334" w:rsidRDefault="005600B5">
      <w:pPr>
        <w:spacing w:after="0"/>
        <w:ind w:left="-567"/>
        <w:rPr>
          <w:rFonts w:ascii="Avenir Next LT Pro" w:eastAsia="Arial" w:hAnsi="Avenir Next LT Pro" w:cs="Arial"/>
          <w:sz w:val="20"/>
          <w:szCs w:val="20"/>
        </w:rPr>
      </w:pPr>
    </w:p>
    <w:p w14:paraId="0F43F46D" w14:textId="77777777" w:rsidR="005600B5" w:rsidRPr="00AF3334" w:rsidRDefault="00000000">
      <w:pPr>
        <w:pStyle w:val="Heading1"/>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 xml:space="preserve">6. Details of Most Recent Education Qualifications </w:t>
      </w:r>
    </w:p>
    <w:p w14:paraId="3D04B9F6"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Please list your most recent </w:t>
      </w:r>
      <w:r w:rsidRPr="00AF3334">
        <w:rPr>
          <w:rFonts w:ascii="Avenir Next LT Pro" w:eastAsia="Arial" w:hAnsi="Avenir Next LT Pro" w:cs="Arial"/>
          <w:sz w:val="20"/>
          <w:szCs w:val="20"/>
          <w:u w:val="single"/>
        </w:rPr>
        <w:t>high school or secondary school</w:t>
      </w:r>
      <w:r w:rsidRPr="00AF3334">
        <w:rPr>
          <w:rFonts w:ascii="Avenir Next LT Pro" w:eastAsia="Arial" w:hAnsi="Avenir Next LT Pro" w:cs="Arial"/>
          <w:sz w:val="20"/>
          <w:szCs w:val="20"/>
        </w:rPr>
        <w:t xml:space="preserve"> qualification (attach copies of transcripts and certificates).</w:t>
      </w:r>
    </w:p>
    <w:p w14:paraId="795EED54"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Qualification Name: </w:t>
      </w:r>
    </w:p>
    <w:p w14:paraId="49C39CFC"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Education Institution Name: </w:t>
      </w:r>
    </w:p>
    <w:p w14:paraId="706A57EB"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Country: </w:t>
      </w:r>
    </w:p>
    <w:p w14:paraId="3ABBD38C"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Year Completed: </w:t>
      </w:r>
    </w:p>
    <w:p w14:paraId="52AF8164" w14:textId="77777777" w:rsidR="005600B5" w:rsidRPr="00AF3334" w:rsidRDefault="00000000">
      <w:pPr>
        <w:spacing w:before="24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Please list your most recent </w:t>
      </w:r>
      <w:r w:rsidRPr="00AF3334">
        <w:rPr>
          <w:rFonts w:ascii="Avenir Next LT Pro" w:eastAsia="Arial" w:hAnsi="Avenir Next LT Pro" w:cs="Arial"/>
          <w:sz w:val="20"/>
          <w:szCs w:val="20"/>
          <w:u w:val="single"/>
        </w:rPr>
        <w:t>tertiary study/higher education</w:t>
      </w:r>
      <w:r w:rsidRPr="00AF3334">
        <w:rPr>
          <w:rFonts w:ascii="Avenir Next LT Pro" w:eastAsia="Arial" w:hAnsi="Avenir Next LT Pro" w:cs="Arial"/>
          <w:sz w:val="20"/>
          <w:szCs w:val="20"/>
        </w:rPr>
        <w:t xml:space="preserve"> qualification (attach copies of transcripts and certificates).</w:t>
      </w:r>
    </w:p>
    <w:p w14:paraId="3203C9DF"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Qualification Name: </w:t>
      </w:r>
    </w:p>
    <w:p w14:paraId="5664431B"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Education Institution Name: </w:t>
      </w:r>
    </w:p>
    <w:p w14:paraId="5F6F4D81"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Country: </w:t>
      </w:r>
    </w:p>
    <w:p w14:paraId="4BFD40E1"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Year Completed: </w:t>
      </w:r>
    </w:p>
    <w:p w14:paraId="4DAECA9C" w14:textId="77777777" w:rsidR="005600B5" w:rsidRPr="00AF3334" w:rsidRDefault="00000000">
      <w:pPr>
        <w:spacing w:before="240"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 xml:space="preserve">Are you currently waiting for results? </w:t>
      </w:r>
    </w:p>
    <w:p w14:paraId="459F9877"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If you are intending to apply for Recognition of Prior Learning (RPL)/Credit Transfer, please see Page 9 for more information. This application for enrolment is not an application for RPL</w:t>
      </w:r>
    </w:p>
    <w:p w14:paraId="16A8E640" w14:textId="77777777" w:rsidR="005600B5" w:rsidRPr="00AF3334" w:rsidRDefault="005600B5">
      <w:pPr>
        <w:ind w:left="-567"/>
        <w:rPr>
          <w:rFonts w:ascii="Avenir Next LT Pro" w:eastAsia="Arial" w:hAnsi="Avenir Next LT Pro" w:cs="Arial"/>
          <w:sz w:val="20"/>
          <w:szCs w:val="20"/>
        </w:rPr>
      </w:pPr>
    </w:p>
    <w:p w14:paraId="6895D0A2" w14:textId="77777777" w:rsidR="005600B5" w:rsidRPr="00AF3334" w:rsidRDefault="00000000">
      <w:pPr>
        <w:pStyle w:val="Heading1"/>
        <w:numPr>
          <w:ilvl w:val="0"/>
          <w:numId w:val="2"/>
        </w:numPr>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Relevant Work or Other Experience</w:t>
      </w:r>
    </w:p>
    <w:p w14:paraId="5671B735"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Please state any relevant work or other experience that may support your application.</w:t>
      </w:r>
    </w:p>
    <w:p w14:paraId="638E5CB8"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A CV or evidence of this work or other experience may be required.</w:t>
      </w:r>
    </w:p>
    <w:p w14:paraId="6787F155"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Name of employer/associate:</w:t>
      </w:r>
    </w:p>
    <w:p w14:paraId="654238B2"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Start date:</w:t>
      </w:r>
    </w:p>
    <w:p w14:paraId="3885F74E"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End date:</w:t>
      </w:r>
    </w:p>
    <w:p w14:paraId="066D41BB"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Position/type of work:</w:t>
      </w:r>
    </w:p>
    <w:p w14:paraId="287F66F8" w14:textId="77777777" w:rsidR="005600B5" w:rsidRPr="00AF3334" w:rsidRDefault="005600B5">
      <w:pPr>
        <w:spacing w:after="0" w:line="360" w:lineRule="auto"/>
        <w:ind w:left="-567"/>
        <w:rPr>
          <w:rFonts w:ascii="Avenir Next LT Pro" w:eastAsia="Arial" w:hAnsi="Avenir Next LT Pro" w:cs="Arial"/>
          <w:b/>
          <w:bCs/>
          <w:sz w:val="20"/>
          <w:szCs w:val="20"/>
        </w:rPr>
      </w:pPr>
    </w:p>
    <w:p w14:paraId="3A9E0F3C"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Name of employer/associate:</w:t>
      </w:r>
    </w:p>
    <w:p w14:paraId="5CBB5426"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Start date:</w:t>
      </w:r>
    </w:p>
    <w:p w14:paraId="19983077"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End date:</w:t>
      </w:r>
    </w:p>
    <w:p w14:paraId="7E8805F7" w14:textId="77777777" w:rsidR="005600B5" w:rsidRPr="00AF3334" w:rsidRDefault="00000000">
      <w:pPr>
        <w:spacing w:after="0" w:line="36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Position/type of experience:</w:t>
      </w:r>
    </w:p>
    <w:p w14:paraId="4359D289" w14:textId="77777777" w:rsidR="005600B5" w:rsidRPr="00AF3334" w:rsidRDefault="005600B5">
      <w:pPr>
        <w:ind w:left="-567"/>
        <w:rPr>
          <w:rFonts w:ascii="Avenir Next LT Pro" w:eastAsia="Arial" w:hAnsi="Avenir Next LT Pro" w:cs="Arial"/>
          <w:sz w:val="20"/>
          <w:szCs w:val="20"/>
        </w:rPr>
      </w:pPr>
    </w:p>
    <w:p w14:paraId="67EEAAB5" w14:textId="77777777" w:rsidR="005600B5" w:rsidRPr="00AF3334" w:rsidRDefault="00000000">
      <w:pPr>
        <w:pStyle w:val="Heading1"/>
        <w:numPr>
          <w:ilvl w:val="0"/>
          <w:numId w:val="2"/>
        </w:numPr>
        <w:spacing w:before="0"/>
        <w:ind w:left="-567"/>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English Language Proficiency</w:t>
      </w:r>
    </w:p>
    <w:p w14:paraId="4A17D2E5"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If English is not your first language, you will need to have completed one or more of the following English language proficiency tests within the last two years: IELTS (academic); TOEFL; Pearson Test of English; one of the other NZQA-approved English proficiency tests in Appendix 1, pages 15-18, of the following webpage: </w:t>
      </w:r>
      <w:hyperlink r:id="rId8">
        <w:r w:rsidRPr="00AF3334">
          <w:rPr>
            <w:rFonts w:ascii="Avenir Next LT Pro" w:eastAsia="Arial" w:hAnsi="Avenir Next LT Pro" w:cs="Arial"/>
            <w:sz w:val="20"/>
            <w:szCs w:val="20"/>
            <w:u w:val="single"/>
          </w:rPr>
          <w:t>https://www2.nzqa.govt.nz/assets/About-us/Our-rules-fees-and-policies/NZQA-Rules/2025/Programme-Approval-Recognition-and-Accreditation-Rules-2025-signed.pdf</w:t>
        </w:r>
      </w:hyperlink>
      <w:r w:rsidRPr="00AF3334">
        <w:rPr>
          <w:rFonts w:ascii="Avenir Next LT Pro" w:eastAsia="Arial" w:hAnsi="Avenir Next LT Pro" w:cs="Arial"/>
          <w:sz w:val="20"/>
          <w:szCs w:val="20"/>
        </w:rPr>
        <w:t xml:space="preserve"> </w:t>
      </w:r>
    </w:p>
    <w:p w14:paraId="0F027FAC"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What is your first language?</w:t>
      </w:r>
    </w:p>
    <w:p w14:paraId="6DE8B336" w14:textId="77777777" w:rsidR="005600B5" w:rsidRPr="00AF3334" w:rsidRDefault="00000000">
      <w:pPr>
        <w:spacing w:after="0" w:line="240" w:lineRule="auto"/>
        <w:ind w:left="-560"/>
        <w:rPr>
          <w:rFonts w:ascii="Avenir Next LT Pro" w:eastAsia="Arial" w:hAnsi="Avenir Next LT Pro" w:cs="Arial"/>
          <w:sz w:val="20"/>
          <w:szCs w:val="20"/>
        </w:rPr>
      </w:pPr>
      <w:r w:rsidRPr="00AF3334">
        <w:rPr>
          <w:rFonts w:ascii="Avenir Next LT Pro" w:eastAsia="Arial" w:hAnsi="Avenir Next LT Pro" w:cs="Arial"/>
          <w:sz w:val="20"/>
          <w:szCs w:val="20"/>
        </w:rPr>
        <w:t>If English is not your first language, please tick one of the following that applies to you:</w:t>
      </w:r>
    </w:p>
    <w:p w14:paraId="133014A2" w14:textId="77777777" w:rsidR="005600B5" w:rsidRPr="00AF3334" w:rsidRDefault="00000000">
      <w:pPr>
        <w:spacing w:after="0" w:line="240" w:lineRule="auto"/>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I have completed and attached my English language test result</w:t>
      </w:r>
    </w:p>
    <w:p w14:paraId="369441A0" w14:textId="77777777" w:rsidR="005600B5" w:rsidRPr="00AF3334" w:rsidRDefault="00000000">
      <w:pPr>
        <w:spacing w:after="0" w:line="240" w:lineRule="auto"/>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will provide my English language test results at a later date.</w:t>
      </w:r>
    </w:p>
    <w:p w14:paraId="70A6687F" w14:textId="77777777" w:rsidR="005600B5" w:rsidRPr="00AF3334" w:rsidRDefault="00000000">
      <w:pPr>
        <w:spacing w:after="0" w:line="240" w:lineRule="auto"/>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English was the medium of instruction of my previous __ years of study. I have attached documentary evidence.</w:t>
      </w:r>
    </w:p>
    <w:p w14:paraId="3B03B404" w14:textId="77777777" w:rsidR="005600B5" w:rsidRPr="00AF3334" w:rsidRDefault="00000000">
      <w:pPr>
        <w:pStyle w:val="Heading1"/>
        <w:numPr>
          <w:ilvl w:val="0"/>
          <w:numId w:val="2"/>
        </w:numPr>
        <w:ind w:left="-567"/>
        <w:rPr>
          <w:rFonts w:ascii="Avenir Next LT Pro" w:eastAsia="Arial" w:hAnsi="Avenir Next LT Pro" w:cs="Arial"/>
          <w:b w:val="0"/>
          <w:bCs w:val="0"/>
          <w:color w:val="auto"/>
          <w:sz w:val="20"/>
          <w:szCs w:val="20"/>
        </w:rPr>
      </w:pPr>
      <w:r w:rsidRPr="00AF3334">
        <w:rPr>
          <w:rFonts w:ascii="Avenir Next LT Pro" w:eastAsia="Arial" w:hAnsi="Avenir Next LT Pro" w:cs="Arial"/>
          <w:b w:val="0"/>
          <w:bCs w:val="0"/>
          <w:color w:val="auto"/>
          <w:sz w:val="20"/>
          <w:szCs w:val="20"/>
        </w:rPr>
        <w:t>Disabled and Deaf Students</w:t>
      </w:r>
    </w:p>
    <w:p w14:paraId="181DDC3D"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Do you have an impairment, disability, medical condition or are you deaf?</w:t>
      </w:r>
    </w:p>
    <w:p w14:paraId="4C96E162"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If not, please go to Section 10.</w:t>
      </w:r>
    </w:p>
    <w:p w14:paraId="5351428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If yes, please indicate by ticking the appropriate box/es below. The information you supply is confidential:</w:t>
      </w:r>
    </w:p>
    <w:p w14:paraId="6F72B572"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 xml:space="preserve">Deaf                                                              </w:t>
      </w:r>
    </w:p>
    <w:p w14:paraId="1EA7C649"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Hearing impaired</w:t>
      </w:r>
    </w:p>
    <w:p w14:paraId="256E9957"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 xml:space="preserve">Vision blind                                                    </w:t>
      </w:r>
    </w:p>
    <w:p w14:paraId="1EFD68A3"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 xml:space="preserve">Vision impaired </w:t>
      </w:r>
    </w:p>
    <w:p w14:paraId="7AA3FA5F"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 xml:space="preserve">Head Injury                                                    </w:t>
      </w:r>
    </w:p>
    <w:p w14:paraId="7FC90173"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Physical</w:t>
      </w:r>
    </w:p>
    <w:p w14:paraId="5D498B31"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proofErr w:type="gramStart"/>
      <w:r w:rsidRPr="00AF3334">
        <w:rPr>
          <w:rFonts w:ascii="Avenir Next LT Pro" w:eastAsia="Arial" w:hAnsi="Avenir Next LT Pro" w:cs="Arial"/>
          <w:sz w:val="20"/>
          <w:szCs w:val="20"/>
        </w:rPr>
        <w:t>Autism Spectrum Disorder</w:t>
      </w:r>
      <w:proofErr w:type="gramEnd"/>
    </w:p>
    <w:p w14:paraId="696DBEB9"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Learning disorder</w:t>
      </w:r>
    </w:p>
    <w:p w14:paraId="323ABCF0"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 xml:space="preserve">Psychological/psychiatric                                </w:t>
      </w:r>
    </w:p>
    <w:p w14:paraId="126F1516"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Speech impairment</w:t>
      </w:r>
    </w:p>
    <w:p w14:paraId="4A88B4EC"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 xml:space="preserve">Medical (chronic or ongoing)                           </w:t>
      </w:r>
    </w:p>
    <w:p w14:paraId="7991A9F5"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Medical (temporary)</w:t>
      </w:r>
    </w:p>
    <w:p w14:paraId="64320F3E"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Intellectual</w:t>
      </w:r>
    </w:p>
    <w:p w14:paraId="6F7FA572"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Allergy/</w:t>
      </w:r>
      <w:proofErr w:type="spellStart"/>
      <w:r w:rsidRPr="00AF3334">
        <w:rPr>
          <w:rFonts w:ascii="Avenir Next LT Pro" w:eastAsia="Arial" w:hAnsi="Avenir Next LT Pro" w:cs="Arial"/>
          <w:sz w:val="20"/>
          <w:szCs w:val="20"/>
        </w:rPr>
        <w:t>ies</w:t>
      </w:r>
      <w:proofErr w:type="spellEnd"/>
    </w:p>
    <w:p w14:paraId="0EFB0426" w14:textId="77777777" w:rsidR="005600B5" w:rsidRPr="00AF3334" w:rsidRDefault="00000000">
      <w:pPr>
        <w:spacing w:after="0"/>
        <w:ind w:left="520" w:hanging="880"/>
        <w:rPr>
          <w:rFonts w:ascii="Avenir Next LT Pro" w:eastAsia="Arial" w:hAnsi="Avenir Next LT Pro" w:cs="Arial"/>
          <w:sz w:val="20"/>
          <w:szCs w:val="20"/>
        </w:rPr>
      </w:pPr>
      <w:r w:rsidRPr="00AF3334">
        <w:rPr>
          <w:rFonts w:ascii="Avenir Next LT Pro" w:eastAsia="Courier New" w:hAnsi="Avenir Next LT Pro" w:cs="Courier New"/>
          <w:sz w:val="20"/>
          <w:szCs w:val="20"/>
        </w:rPr>
        <w:t>o</w:t>
      </w:r>
      <w:r w:rsidRPr="00AF3334">
        <w:rPr>
          <w:rFonts w:ascii="Avenir Next LT Pro" w:eastAsia="Times New Roman" w:hAnsi="Avenir Next LT Pro" w:cs="Times New Roman"/>
          <w:sz w:val="14"/>
          <w:szCs w:val="14"/>
        </w:rPr>
        <w:t xml:space="preserve">   </w:t>
      </w:r>
      <w:r w:rsidRPr="00AF3334">
        <w:rPr>
          <w:rFonts w:ascii="Avenir Next LT Pro" w:eastAsia="Arial" w:hAnsi="Avenir Next LT Pro" w:cs="Arial"/>
          <w:sz w:val="20"/>
          <w:szCs w:val="20"/>
        </w:rPr>
        <w:t>Other - please specify:</w:t>
      </w:r>
    </w:p>
    <w:p w14:paraId="4EDAD17D" w14:textId="77777777" w:rsidR="005600B5" w:rsidRPr="00AF3334" w:rsidRDefault="00000000">
      <w:pPr>
        <w:spacing w:after="0"/>
        <w:ind w:left="160"/>
        <w:rPr>
          <w:rFonts w:ascii="Avenir Next LT Pro" w:eastAsia="Times New Roman" w:hAnsi="Avenir Next LT Pro" w:cs="Times New Roman"/>
          <w:sz w:val="24"/>
          <w:szCs w:val="24"/>
        </w:rPr>
      </w:pPr>
      <w:r w:rsidRPr="00AF3334">
        <w:rPr>
          <w:rFonts w:ascii="Avenir Next LT Pro" w:eastAsia="Times New Roman" w:hAnsi="Avenir Next LT Pro" w:cs="Times New Roman"/>
          <w:sz w:val="24"/>
          <w:szCs w:val="24"/>
        </w:rPr>
        <w:t xml:space="preserve"> </w:t>
      </w:r>
    </w:p>
    <w:p w14:paraId="3BA37E47" w14:textId="77777777" w:rsidR="005600B5" w:rsidRPr="00AF3334" w:rsidRDefault="00000000">
      <w:pPr>
        <w:ind w:left="-560"/>
        <w:rPr>
          <w:rFonts w:ascii="Avenir Next LT Pro" w:eastAsia="Arial" w:hAnsi="Avenir Next LT Pro" w:cs="Arial"/>
          <w:b/>
          <w:bCs/>
          <w:sz w:val="20"/>
          <w:szCs w:val="20"/>
        </w:rPr>
      </w:pPr>
      <w:r w:rsidRPr="00AF3334">
        <w:rPr>
          <w:rFonts w:ascii="Avenir Next LT Pro" w:eastAsia="Arial" w:hAnsi="Avenir Next LT Pro" w:cs="Arial"/>
          <w:sz w:val="20"/>
          <w:szCs w:val="20"/>
        </w:rPr>
        <w:t>Does your impairment, disability, medical condition, or being deaf affect your ability to study? Yes/No</w:t>
      </w:r>
    </w:p>
    <w:p w14:paraId="0A3049C8" w14:textId="77777777" w:rsidR="005600B5" w:rsidRPr="00AF3334" w:rsidRDefault="00000000">
      <w:pPr>
        <w:pStyle w:val="Heading1"/>
        <w:numPr>
          <w:ilvl w:val="0"/>
          <w:numId w:val="2"/>
        </w:numPr>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Statistical Information</w:t>
      </w:r>
    </w:p>
    <w:p w14:paraId="798B24EA" w14:textId="77777777" w:rsidR="005600B5" w:rsidRPr="00AF3334" w:rsidRDefault="00000000">
      <w:pPr>
        <w:ind w:left="-567"/>
        <w:rPr>
          <w:rFonts w:ascii="Avenir Next LT Pro" w:hAnsi="Avenir Next LT Pro"/>
        </w:rPr>
      </w:pPr>
      <w:proofErr w:type="spellStart"/>
      <w:r w:rsidRPr="00AF3334">
        <w:rPr>
          <w:rFonts w:ascii="Avenir Next LT Pro" w:hAnsi="Avenir Next LT Pro"/>
        </w:rPr>
        <w:t>i</w:t>
      </w:r>
      <w:proofErr w:type="spellEnd"/>
      <w:r w:rsidRPr="00AF3334">
        <w:rPr>
          <w:rFonts w:ascii="Avenir Next LT Pro" w:hAnsi="Avenir Next LT Pro"/>
        </w:rPr>
        <w:t>) How did you hear/learn about Evolution School of Beauty &amp; Massage? Please tick one:</w:t>
      </w:r>
    </w:p>
    <w:p w14:paraId="6A142C1A" w14:textId="77777777" w:rsidR="005600B5" w:rsidRPr="00AF3334" w:rsidRDefault="00000000">
      <w:pPr>
        <w:ind w:left="152" w:hanging="783"/>
        <w:rPr>
          <w:rFonts w:ascii="Avenir Next LT Pro" w:eastAsia="Times New Roman" w:hAnsi="Avenir Next LT Pro" w:cs="Times New Roman"/>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 xml:space="preserve">Friends   </w:t>
      </w:r>
    </w:p>
    <w:p w14:paraId="22ECCE78" w14:textId="77777777" w:rsidR="005600B5" w:rsidRPr="00AF3334" w:rsidRDefault="00000000">
      <w:pPr>
        <w:ind w:left="-630"/>
        <w:rPr>
          <w:rFonts w:ascii="Avenir Next LT Pro" w:eastAsia="Times New Roman" w:hAnsi="Avenir Next LT Pro" w:cs="Times New Roman"/>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 xml:space="preserve">Family member         </w:t>
      </w:r>
      <w:r w:rsidRPr="00AF3334">
        <w:rPr>
          <w:rFonts w:ascii="Avenir Next LT Pro" w:eastAsia="Times New Roman" w:hAnsi="Avenir Next LT Pro" w:cs="Times New Roman"/>
        </w:rPr>
        <w:t xml:space="preserve"> </w:t>
      </w:r>
      <w:r w:rsidRPr="00AF3334">
        <w:rPr>
          <w:rFonts w:ascii="Avenir Next LT Pro" w:eastAsia="Times New Roman" w:hAnsi="Avenir Next LT Pro" w:cs="Times New Roman"/>
        </w:rPr>
        <w:tab/>
        <w:t xml:space="preserve">       </w:t>
      </w:r>
    </w:p>
    <w:p w14:paraId="71B99015" w14:textId="77777777" w:rsidR="005600B5" w:rsidRPr="00AF3334" w:rsidRDefault="00000000">
      <w:pPr>
        <w:spacing w:after="0"/>
        <w:ind w:left="-120" w:hanging="51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Advertisement</w:t>
      </w:r>
    </w:p>
    <w:p w14:paraId="76D96232" w14:textId="77777777" w:rsidR="005600B5" w:rsidRPr="00AF3334" w:rsidRDefault="00000000">
      <w:pPr>
        <w:spacing w:after="0"/>
        <w:ind w:hanging="63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Education Fair/Expo</w:t>
      </w:r>
    </w:p>
    <w:p w14:paraId="0C992003" w14:textId="77777777" w:rsidR="005600B5" w:rsidRPr="00AF3334" w:rsidRDefault="00000000">
      <w:pPr>
        <w:ind w:left="152" w:hanging="783"/>
        <w:rPr>
          <w:rFonts w:ascii="Avenir Next LT Pro" w:eastAsia="Times New Roman" w:hAnsi="Avenir Next LT Pro" w:cs="Times New Roman"/>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 xml:space="preserve">NZ High School           </w:t>
      </w:r>
      <w:r w:rsidRPr="00AF3334">
        <w:rPr>
          <w:rFonts w:ascii="Avenir Next LT Pro" w:eastAsia="Times New Roman" w:hAnsi="Avenir Next LT Pro" w:cs="Times New Roman"/>
        </w:rPr>
        <w:t xml:space="preserve">         </w:t>
      </w:r>
    </w:p>
    <w:p w14:paraId="696DD2B4" w14:textId="77777777" w:rsidR="005600B5" w:rsidRPr="00AF3334" w:rsidRDefault="00000000">
      <w:pPr>
        <w:ind w:left="152" w:hanging="783"/>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proofErr w:type="gramStart"/>
      <w:r w:rsidRPr="00AF3334">
        <w:rPr>
          <w:rFonts w:ascii="Avenir Next LT Pro" w:hAnsi="Avenir Next LT Pro"/>
        </w:rPr>
        <w:t>Other</w:t>
      </w:r>
      <w:proofErr w:type="gramEnd"/>
      <w:r w:rsidRPr="00AF3334">
        <w:rPr>
          <w:rFonts w:ascii="Avenir Next LT Pro" w:hAnsi="Avenir Next LT Pro"/>
        </w:rPr>
        <w:t xml:space="preserve"> NZ provider</w:t>
      </w:r>
    </w:p>
    <w:p w14:paraId="35392566" w14:textId="77777777" w:rsidR="005600B5" w:rsidRPr="00AF3334" w:rsidRDefault="00000000">
      <w:pPr>
        <w:ind w:left="152" w:hanging="783"/>
        <w:rPr>
          <w:rFonts w:ascii="Avenir Next LT Pro" w:eastAsia="Times New Roman" w:hAnsi="Avenir Next LT Pro" w:cs="Times New Roman"/>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 xml:space="preserve">Internet         </w:t>
      </w:r>
      <w:r w:rsidRPr="00AF3334">
        <w:rPr>
          <w:rFonts w:ascii="Avenir Next LT Pro" w:eastAsia="Times New Roman" w:hAnsi="Avenir Next LT Pro" w:cs="Times New Roman"/>
        </w:rPr>
        <w:tab/>
        <w:t xml:space="preserve">       </w:t>
      </w:r>
    </w:p>
    <w:p w14:paraId="6C5C8402" w14:textId="77777777" w:rsidR="005600B5" w:rsidRPr="00AF3334" w:rsidRDefault="00000000">
      <w:pPr>
        <w:ind w:left="152" w:hanging="783"/>
        <w:rPr>
          <w:rFonts w:ascii="Avenir Next LT Pro" w:eastAsia="Times New Roman" w:hAnsi="Avenir Next LT Pro" w:cs="Times New Roman"/>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 xml:space="preserve">Agent               </w:t>
      </w:r>
      <w:r w:rsidRPr="00AF3334">
        <w:rPr>
          <w:rFonts w:ascii="Avenir Next LT Pro" w:eastAsia="Times New Roman" w:hAnsi="Avenir Next LT Pro" w:cs="Times New Roman"/>
        </w:rPr>
        <w:t xml:space="preserve">          </w:t>
      </w:r>
    </w:p>
    <w:p w14:paraId="34412548" w14:textId="77777777" w:rsidR="005600B5" w:rsidRPr="00AF3334" w:rsidRDefault="00000000">
      <w:pPr>
        <w:ind w:left="152" w:hanging="783"/>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English Language School</w:t>
      </w:r>
    </w:p>
    <w:p w14:paraId="42400C01" w14:textId="77777777" w:rsidR="005600B5" w:rsidRPr="00AF3334" w:rsidRDefault="005600B5">
      <w:pPr>
        <w:ind w:left="152"/>
        <w:rPr>
          <w:rFonts w:ascii="Avenir Next LT Pro" w:eastAsia="Courier New" w:hAnsi="Avenir Next LT Pro" w:cs="Courier New"/>
        </w:rPr>
      </w:pPr>
    </w:p>
    <w:p w14:paraId="2E195BD4" w14:textId="77777777" w:rsidR="005600B5" w:rsidRPr="00AF3334" w:rsidRDefault="005600B5">
      <w:pPr>
        <w:ind w:left="152"/>
        <w:rPr>
          <w:rFonts w:ascii="Avenir Next LT Pro" w:eastAsia="Courier New" w:hAnsi="Avenir Next LT Pro" w:cs="Courier New"/>
        </w:rPr>
      </w:pPr>
    </w:p>
    <w:p w14:paraId="1DE4A936" w14:textId="77777777" w:rsidR="005600B5" w:rsidRPr="00AF3334" w:rsidRDefault="00000000">
      <w:pPr>
        <w:spacing w:after="0"/>
        <w:ind w:hanging="630"/>
        <w:rPr>
          <w:rFonts w:ascii="Avenir Next LT Pro" w:hAnsi="Avenir Next LT Pro"/>
          <w:u w:val="single"/>
        </w:rPr>
      </w:pPr>
      <w:r w:rsidRPr="00AF3334">
        <w:rPr>
          <w:rFonts w:ascii="Avenir Next LT Pro" w:hAnsi="Avenir Next LT Pro"/>
        </w:rPr>
        <w:t xml:space="preserve">ii) What was (or will be) your main activity </w:t>
      </w:r>
      <w:r w:rsidRPr="00AF3334">
        <w:rPr>
          <w:rFonts w:ascii="Avenir Next LT Pro" w:hAnsi="Avenir Next LT Pro"/>
          <w:u w:val="single"/>
        </w:rPr>
        <w:t>on 1</w:t>
      </w:r>
      <w:r w:rsidRPr="00AF3334">
        <w:rPr>
          <w:rFonts w:ascii="Avenir Next LT Pro" w:hAnsi="Avenir Next LT Pro"/>
          <w:u w:val="single"/>
          <w:vertAlign w:val="superscript"/>
        </w:rPr>
        <w:t>st</w:t>
      </w:r>
      <w:r w:rsidRPr="00AF3334">
        <w:rPr>
          <w:rFonts w:ascii="Avenir Next LT Pro" w:hAnsi="Avenir Next LT Pro"/>
          <w:u w:val="single"/>
        </w:rPr>
        <w:t xml:space="preserve"> October in the year before you start your study at Evolution School?</w:t>
      </w:r>
    </w:p>
    <w:p w14:paraId="683C443F" w14:textId="77777777" w:rsidR="005600B5" w:rsidRPr="00AF3334" w:rsidRDefault="00000000">
      <w:pPr>
        <w:spacing w:after="0"/>
        <w:ind w:left="560" w:hanging="119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Living outside of New Zealand</w:t>
      </w:r>
    </w:p>
    <w:p w14:paraId="6B13179A" w14:textId="77777777" w:rsidR="005600B5" w:rsidRPr="00AF3334" w:rsidRDefault="00000000">
      <w:pPr>
        <w:spacing w:after="0"/>
        <w:ind w:left="560" w:hanging="119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Living in New Zealand</w:t>
      </w:r>
    </w:p>
    <w:p w14:paraId="567D4C4E" w14:textId="77777777" w:rsidR="005600B5" w:rsidRPr="00AF3334" w:rsidRDefault="00000000">
      <w:pPr>
        <w:spacing w:after="0"/>
        <w:ind w:left="-160" w:hanging="200"/>
        <w:rPr>
          <w:rFonts w:ascii="Avenir Next LT Pro" w:hAnsi="Avenir Next LT Pro"/>
        </w:rPr>
      </w:pPr>
      <w:r w:rsidRPr="00AF3334">
        <w:rPr>
          <w:rFonts w:ascii="Avenir Next LT Pro" w:hAnsi="Avenir Next LT Pro"/>
        </w:rPr>
        <w:t>If living in New Zealand, please specify what you were or will be:</w:t>
      </w:r>
    </w:p>
    <w:p w14:paraId="1FE532C4" w14:textId="77777777" w:rsidR="005600B5" w:rsidRPr="00AF3334" w:rsidRDefault="00000000">
      <w:pPr>
        <w:spacing w:after="0"/>
        <w:ind w:left="920" w:hanging="128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Secondary school student</w:t>
      </w:r>
    </w:p>
    <w:p w14:paraId="36D9484B" w14:textId="77777777" w:rsidR="005600B5" w:rsidRPr="00AF3334" w:rsidRDefault="00000000">
      <w:pPr>
        <w:spacing w:after="0"/>
        <w:ind w:left="920" w:hanging="128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Tertiary education student</w:t>
      </w:r>
    </w:p>
    <w:p w14:paraId="48B73CD6" w14:textId="77777777" w:rsidR="005600B5" w:rsidRPr="00AF3334" w:rsidRDefault="00000000">
      <w:pPr>
        <w:spacing w:after="0"/>
        <w:ind w:left="920" w:hanging="128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Wage/salaried earner</w:t>
      </w:r>
    </w:p>
    <w:p w14:paraId="38A5C48B" w14:textId="77777777" w:rsidR="005600B5" w:rsidRPr="00AF3334" w:rsidRDefault="00000000">
      <w:pPr>
        <w:spacing w:after="0"/>
        <w:ind w:left="920" w:hanging="128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proofErr w:type="gramStart"/>
      <w:r w:rsidRPr="00AF3334">
        <w:rPr>
          <w:rFonts w:ascii="Avenir Next LT Pro" w:hAnsi="Avenir Next LT Pro"/>
        </w:rPr>
        <w:t>Non-employed</w:t>
      </w:r>
      <w:proofErr w:type="gramEnd"/>
    </w:p>
    <w:p w14:paraId="4A71EA6D" w14:textId="77777777" w:rsidR="005600B5" w:rsidRPr="00AF3334" w:rsidRDefault="00000000">
      <w:pPr>
        <w:pStyle w:val="Heading1"/>
        <w:numPr>
          <w:ilvl w:val="0"/>
          <w:numId w:val="2"/>
        </w:numPr>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Funding</w:t>
      </w:r>
    </w:p>
    <w:p w14:paraId="0F3B40F3" w14:textId="77777777" w:rsidR="005600B5" w:rsidRPr="00AF3334" w:rsidRDefault="00000000">
      <w:pPr>
        <w:ind w:left="-567"/>
        <w:rPr>
          <w:rFonts w:ascii="Avenir Next LT Pro" w:hAnsi="Avenir Next LT Pro"/>
        </w:rPr>
      </w:pPr>
      <w:r w:rsidRPr="00AF3334">
        <w:rPr>
          <w:rFonts w:ascii="Avenir Next LT Pro" w:hAnsi="Avenir Next LT Pro"/>
        </w:rPr>
        <w:t>Please indicate how you will be paying for your fees:</w:t>
      </w:r>
    </w:p>
    <w:p w14:paraId="6F376C96" w14:textId="77777777" w:rsidR="005600B5" w:rsidRPr="00AF3334" w:rsidRDefault="00000000">
      <w:pPr>
        <w:spacing w:after="0"/>
        <w:ind w:left="920" w:hanging="146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 xml:space="preserve">Privately (yourself, family member or </w:t>
      </w:r>
      <w:proofErr w:type="gramStart"/>
      <w:r w:rsidRPr="00AF3334">
        <w:rPr>
          <w:rFonts w:ascii="Avenir Next LT Pro" w:hAnsi="Avenir Next LT Pro"/>
        </w:rPr>
        <w:t>other</w:t>
      </w:r>
      <w:proofErr w:type="gramEnd"/>
      <w:r w:rsidRPr="00AF3334">
        <w:rPr>
          <w:rFonts w:ascii="Avenir Next LT Pro" w:hAnsi="Avenir Next LT Pro"/>
        </w:rPr>
        <w:t xml:space="preserve"> private sponsor)</w:t>
      </w:r>
    </w:p>
    <w:p w14:paraId="3C4DAD2E" w14:textId="77777777" w:rsidR="005600B5" w:rsidRPr="00AF3334" w:rsidRDefault="00000000">
      <w:pPr>
        <w:ind w:left="-567"/>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Full scholarship (full tuition and medical insurance scholarship)</w:t>
      </w:r>
    </w:p>
    <w:p w14:paraId="0AF98CC4" w14:textId="77777777" w:rsidR="005600B5" w:rsidRPr="00AF3334" w:rsidRDefault="00000000">
      <w:pPr>
        <w:pStyle w:val="Heading1"/>
        <w:numPr>
          <w:ilvl w:val="0"/>
          <w:numId w:val="2"/>
        </w:numPr>
        <w:rPr>
          <w:rFonts w:ascii="Avenir Next LT Pro" w:eastAsia="Arial" w:hAnsi="Avenir Next LT Pro" w:cs="Arial"/>
          <w:color w:val="auto"/>
          <w:sz w:val="20"/>
          <w:szCs w:val="20"/>
        </w:rPr>
      </w:pPr>
      <w:r w:rsidRPr="00AF3334">
        <w:rPr>
          <w:rFonts w:ascii="Avenir Next LT Pro" w:eastAsia="Arial" w:hAnsi="Avenir Next LT Pro" w:cs="Arial"/>
          <w:color w:val="auto"/>
          <w:sz w:val="20"/>
          <w:szCs w:val="20"/>
        </w:rPr>
        <w:t>Applicant checklist</w:t>
      </w:r>
    </w:p>
    <w:p w14:paraId="2299E085" w14:textId="77777777" w:rsidR="005600B5" w:rsidRPr="00AF3334" w:rsidRDefault="00000000">
      <w:pPr>
        <w:ind w:left="-567"/>
        <w:rPr>
          <w:rFonts w:ascii="Avenir Next LT Pro" w:hAnsi="Avenir Next LT Pro"/>
        </w:rPr>
      </w:pPr>
      <w:r w:rsidRPr="00AF3334">
        <w:rPr>
          <w:rFonts w:ascii="Avenir Next LT Pro" w:hAnsi="Avenir Next LT Pro"/>
        </w:rPr>
        <w:t>Please don’t send original documents as they will not be returned to you.</w:t>
      </w:r>
    </w:p>
    <w:p w14:paraId="04471354" w14:textId="77777777" w:rsidR="005600B5" w:rsidRPr="00AF3334" w:rsidRDefault="00000000">
      <w:pPr>
        <w:ind w:left="-567"/>
        <w:rPr>
          <w:rFonts w:ascii="Avenir Next LT Pro" w:hAnsi="Avenir Next LT Pro"/>
        </w:rPr>
      </w:pPr>
      <w:r w:rsidRPr="00AF3334">
        <w:rPr>
          <w:rFonts w:ascii="Avenir Next LT Pro" w:hAnsi="Avenir Next LT Pro"/>
        </w:rPr>
        <w:t>Have you:</w:t>
      </w:r>
    </w:p>
    <w:p w14:paraId="35BD3C28" w14:textId="77777777" w:rsidR="005600B5" w:rsidRPr="00AF3334" w:rsidRDefault="00000000">
      <w:pPr>
        <w:spacing w:after="0"/>
        <w:ind w:left="920" w:hanging="1460"/>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Completed all sections in this form</w:t>
      </w:r>
    </w:p>
    <w:p w14:paraId="37B99EAD" w14:textId="77777777" w:rsidR="005600B5" w:rsidRPr="00AF3334" w:rsidRDefault="00000000">
      <w:pPr>
        <w:ind w:left="-567"/>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Enclosed/attached a copy of your official academic transcript(s) including graduating certificate and explanation of the grading system(s). If in a language other than English, you must provide a copy of the document(s) in the original language(s) and a copy of the official English translation(s).</w:t>
      </w:r>
    </w:p>
    <w:p w14:paraId="67092C03" w14:textId="77777777" w:rsidR="005600B5" w:rsidRPr="00AF3334" w:rsidRDefault="00000000">
      <w:pPr>
        <w:ind w:left="-567"/>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Enclosed/attached a copy of your current passport or birth certificate</w:t>
      </w:r>
    </w:p>
    <w:p w14:paraId="65EA4EC5" w14:textId="77777777" w:rsidR="005600B5" w:rsidRPr="00AF3334" w:rsidRDefault="00000000">
      <w:pPr>
        <w:ind w:left="-567"/>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Enclosed/attached a copy of your official English language proficiency results</w:t>
      </w:r>
    </w:p>
    <w:p w14:paraId="68DCDA0B" w14:textId="77777777" w:rsidR="005600B5" w:rsidRPr="00AF3334" w:rsidRDefault="00000000">
      <w:pPr>
        <w:ind w:left="-567"/>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Enclosed/attached other supporting documentation related to your application</w:t>
      </w:r>
    </w:p>
    <w:p w14:paraId="7BA5C936" w14:textId="77777777" w:rsidR="005600B5" w:rsidRPr="00AF3334" w:rsidRDefault="00000000">
      <w:pPr>
        <w:ind w:left="-567"/>
        <w:rPr>
          <w:rFonts w:ascii="Avenir Next LT Pro" w:hAnsi="Avenir Next LT Pro"/>
        </w:rPr>
      </w:pPr>
      <w:r w:rsidRPr="00AF3334">
        <w:rPr>
          <w:rFonts w:ascii="Avenir Next LT Pro" w:eastAsia="Courier New" w:hAnsi="Avenir Next LT Pro" w:cs="Courier New"/>
        </w:rPr>
        <w:t>o</w:t>
      </w:r>
      <w:r w:rsidRPr="00AF3334">
        <w:rPr>
          <w:rFonts w:ascii="Avenir Next LT Pro" w:eastAsia="Times New Roman" w:hAnsi="Avenir Next LT Pro" w:cs="Times New Roman"/>
          <w:sz w:val="14"/>
          <w:szCs w:val="14"/>
        </w:rPr>
        <w:t xml:space="preserve">   </w:t>
      </w:r>
      <w:r w:rsidRPr="00AF3334">
        <w:rPr>
          <w:rFonts w:ascii="Avenir Next LT Pro" w:hAnsi="Avenir Next LT Pro"/>
        </w:rPr>
        <w:t>Read the Student Declaration and signed and dated this application form.</w:t>
      </w:r>
      <w:r w:rsidRPr="00AF3334">
        <w:rPr>
          <w:rFonts w:ascii="Avenir Next LT Pro" w:hAnsi="Avenir Next LT Pro"/>
        </w:rPr>
        <w:tab/>
      </w:r>
      <w:r w:rsidRPr="00AF3334">
        <w:rPr>
          <w:rFonts w:ascii="Avenir Next LT Pro" w:hAnsi="Avenir Next LT Pro"/>
        </w:rPr>
        <w:tab/>
      </w:r>
    </w:p>
    <w:p w14:paraId="22250811" w14:textId="77777777" w:rsidR="005600B5" w:rsidRPr="00AF3334" w:rsidRDefault="005600B5">
      <w:pPr>
        <w:ind w:left="-567"/>
        <w:jc w:val="center"/>
        <w:rPr>
          <w:rFonts w:ascii="Avenir Next LT Pro" w:hAnsi="Avenir Next LT Pro"/>
        </w:rPr>
      </w:pPr>
    </w:p>
    <w:p w14:paraId="01B339F0" w14:textId="77777777" w:rsidR="005600B5" w:rsidRPr="00AF3334" w:rsidRDefault="005600B5">
      <w:pPr>
        <w:ind w:left="-567"/>
        <w:rPr>
          <w:rFonts w:ascii="Avenir Next LT Pro" w:eastAsia="Arial" w:hAnsi="Avenir Next LT Pro" w:cs="Arial"/>
          <w:sz w:val="20"/>
          <w:szCs w:val="20"/>
        </w:rPr>
      </w:pPr>
    </w:p>
    <w:p w14:paraId="53C263C9"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Go to next page for Section 13: Student Declaration</w:t>
      </w:r>
    </w:p>
    <w:p w14:paraId="637AE751" w14:textId="77777777" w:rsidR="005600B5" w:rsidRPr="00AF3334" w:rsidRDefault="005600B5">
      <w:pPr>
        <w:ind w:left="-567"/>
        <w:rPr>
          <w:rFonts w:ascii="Avenir Next LT Pro" w:eastAsia="Arial" w:hAnsi="Avenir Next LT Pro" w:cs="Arial"/>
          <w:b/>
          <w:bCs/>
          <w:sz w:val="20"/>
          <w:szCs w:val="20"/>
        </w:rPr>
      </w:pPr>
    </w:p>
    <w:p w14:paraId="7D090256" w14:textId="77777777" w:rsidR="005600B5" w:rsidRPr="00AF3334" w:rsidRDefault="005600B5">
      <w:pPr>
        <w:ind w:left="-567"/>
        <w:rPr>
          <w:rFonts w:ascii="Avenir Next LT Pro" w:eastAsia="Arial" w:hAnsi="Avenir Next LT Pro" w:cs="Arial"/>
          <w:b/>
          <w:bCs/>
          <w:sz w:val="20"/>
          <w:szCs w:val="20"/>
        </w:rPr>
      </w:pPr>
    </w:p>
    <w:p w14:paraId="5DAB9D5E" w14:textId="77777777" w:rsidR="005600B5" w:rsidRPr="00AF3334" w:rsidRDefault="005600B5">
      <w:pPr>
        <w:ind w:left="-567"/>
        <w:rPr>
          <w:rFonts w:ascii="Avenir Next LT Pro" w:eastAsia="Arial" w:hAnsi="Avenir Next LT Pro" w:cs="Arial"/>
          <w:b/>
          <w:bCs/>
          <w:sz w:val="20"/>
          <w:szCs w:val="20"/>
        </w:rPr>
      </w:pPr>
    </w:p>
    <w:p w14:paraId="1BC1105E" w14:textId="77777777" w:rsidR="005600B5" w:rsidRPr="00AF3334" w:rsidRDefault="005600B5">
      <w:pPr>
        <w:ind w:left="-567"/>
        <w:rPr>
          <w:rFonts w:ascii="Avenir Next LT Pro" w:eastAsia="Arial" w:hAnsi="Avenir Next LT Pro" w:cs="Arial"/>
          <w:b/>
          <w:bCs/>
          <w:sz w:val="20"/>
          <w:szCs w:val="20"/>
        </w:rPr>
      </w:pPr>
    </w:p>
    <w:p w14:paraId="589DAB3B" w14:textId="77777777" w:rsidR="005600B5" w:rsidRPr="00AF3334" w:rsidRDefault="005600B5">
      <w:pPr>
        <w:ind w:left="-567"/>
        <w:rPr>
          <w:rFonts w:ascii="Avenir Next LT Pro" w:eastAsia="Arial" w:hAnsi="Avenir Next LT Pro" w:cs="Arial"/>
          <w:b/>
          <w:bCs/>
          <w:sz w:val="20"/>
          <w:szCs w:val="20"/>
        </w:rPr>
      </w:pPr>
    </w:p>
    <w:p w14:paraId="33BEE268" w14:textId="77777777" w:rsidR="005600B5" w:rsidRPr="00AF3334" w:rsidRDefault="005600B5">
      <w:pPr>
        <w:ind w:left="-567"/>
        <w:rPr>
          <w:rFonts w:ascii="Avenir Next LT Pro" w:eastAsia="Arial" w:hAnsi="Avenir Next LT Pro" w:cs="Arial"/>
          <w:b/>
          <w:bCs/>
          <w:sz w:val="20"/>
          <w:szCs w:val="20"/>
        </w:rPr>
      </w:pPr>
    </w:p>
    <w:p w14:paraId="3D007FCE" w14:textId="77777777" w:rsidR="005600B5" w:rsidRPr="00AF3334" w:rsidRDefault="00000000">
      <w:pPr>
        <w:pStyle w:val="Heading1"/>
        <w:ind w:left="-567"/>
        <w:rPr>
          <w:rFonts w:ascii="Avenir Next LT Pro" w:eastAsia="Arial" w:hAnsi="Avenir Next LT Pro" w:cs="Arial"/>
          <w:b w:val="0"/>
          <w:bCs w:val="0"/>
          <w:color w:val="auto"/>
          <w:sz w:val="20"/>
          <w:szCs w:val="20"/>
        </w:rPr>
      </w:pPr>
      <w:r w:rsidRPr="00AF3334">
        <w:rPr>
          <w:rFonts w:ascii="Avenir Next LT Pro" w:eastAsia="Arial" w:hAnsi="Avenir Next LT Pro" w:cs="Arial"/>
          <w:color w:val="auto"/>
          <w:sz w:val="20"/>
          <w:szCs w:val="20"/>
        </w:rPr>
        <w:t>13. Student Declaration –read and sign</w:t>
      </w:r>
    </w:p>
    <w:p w14:paraId="5733DB60"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a. I agree to abide by the regulations and policies of the Evolution School</w:t>
      </w:r>
    </w:p>
    <w:p w14:paraId="7B73CE09"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b. I declare that the information I have supplied on this form and any attached documentation to be true and complete and that I have personally completed the form and am the sole author of the student statement and resume. I have not withheld information which could have a bearing on my enrolment or the conditions of my</w:t>
      </w:r>
    </w:p>
    <w:p w14:paraId="24B41925"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enrolment. I acknowledge that Evolution School may suspend or terminate my enrolment if false information has been supplied or required information is not supplied by the due date. Evolution School reserves the right to inform all other tertiary education providers, Immigration New Zealand, and the Police, of such cases, including the student’s name and date of birth.</w:t>
      </w:r>
    </w:p>
    <w:p w14:paraId="2C356D3F"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c. I understand that all documents submitted with this application become the property of Evolution School and will not be returned to applicants. I agree to supply further documentation requested by Evolution School for the purpose of my enrolment.</w:t>
      </w:r>
    </w:p>
    <w:p w14:paraId="18ACC455"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d. I understand that Evolution School will collect, store, use and disclose personal information about</w:t>
      </w:r>
    </w:p>
    <w:p w14:paraId="36F4BE6E"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me in the course of conducting its proper business and that a unique identifier will be assigned to me to facilitate this. I have read and understand how such information will be managed and disclosed in accordance with the Privacy Act 1993, and on Page 8 &amp; 9 below. I acknowledge that I have the right to access and seek correction of personal information about me and understand that if I withhold information or provide false or misleading information my enrolment may be terminated.</w:t>
      </w:r>
    </w:p>
    <w:p w14:paraId="663A5BB9"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e. I </w:t>
      </w:r>
      <w:proofErr w:type="spellStart"/>
      <w:r w:rsidRPr="00AF3334">
        <w:rPr>
          <w:rFonts w:ascii="Avenir Next LT Pro" w:eastAsia="Arial" w:hAnsi="Avenir Next LT Pro" w:cs="Arial"/>
          <w:sz w:val="20"/>
          <w:szCs w:val="20"/>
        </w:rPr>
        <w:t>authorise</w:t>
      </w:r>
      <w:proofErr w:type="spellEnd"/>
      <w:r w:rsidRPr="00AF3334">
        <w:rPr>
          <w:rFonts w:ascii="Avenir Next LT Pro" w:eastAsia="Arial" w:hAnsi="Avenir Next LT Pro" w:cs="Arial"/>
          <w:sz w:val="20"/>
          <w:szCs w:val="20"/>
        </w:rPr>
        <w:t xml:space="preserve"> Evolution School to release information regarding my application to Immigration New Zealand (INZ) and the Ministry of Business, Innovation &amp; Employment </w:t>
      </w:r>
      <w:proofErr w:type="gramStart"/>
      <w:r w:rsidRPr="00AF3334">
        <w:rPr>
          <w:rFonts w:ascii="Avenir Next LT Pro" w:eastAsia="Arial" w:hAnsi="Avenir Next LT Pro" w:cs="Arial"/>
          <w:sz w:val="20"/>
          <w:szCs w:val="20"/>
        </w:rPr>
        <w:t>where</w:t>
      </w:r>
      <w:proofErr w:type="gramEnd"/>
      <w:r w:rsidRPr="00AF3334">
        <w:rPr>
          <w:rFonts w:ascii="Avenir Next LT Pro" w:eastAsia="Arial" w:hAnsi="Avenir Next LT Pro" w:cs="Arial"/>
          <w:sz w:val="20"/>
          <w:szCs w:val="20"/>
        </w:rPr>
        <w:t>. Evolution School considers the information relevant to my immigration status.</w:t>
      </w:r>
    </w:p>
    <w:p w14:paraId="67DDB946"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f. I </w:t>
      </w:r>
      <w:proofErr w:type="spellStart"/>
      <w:r w:rsidRPr="00AF3334">
        <w:rPr>
          <w:rFonts w:ascii="Avenir Next LT Pro" w:eastAsia="Arial" w:hAnsi="Avenir Next LT Pro" w:cs="Arial"/>
          <w:sz w:val="20"/>
          <w:szCs w:val="20"/>
        </w:rPr>
        <w:t>authorise</w:t>
      </w:r>
      <w:proofErr w:type="spellEnd"/>
      <w:r w:rsidRPr="00AF3334">
        <w:rPr>
          <w:rFonts w:ascii="Avenir Next LT Pro" w:eastAsia="Arial" w:hAnsi="Avenir Next LT Pro" w:cs="Arial"/>
          <w:sz w:val="20"/>
          <w:szCs w:val="20"/>
        </w:rPr>
        <w:t xml:space="preserve"> any agency holding the source of any information I have provided on this form to release that information to Evolution School upon request.</w:t>
      </w:r>
    </w:p>
    <w:p w14:paraId="40198FF1"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g. I have read and understood the information related to Evolution School’s tuition fees, and the refund policy for international students, available on Evolution School’s website.</w:t>
      </w:r>
    </w:p>
    <w:p w14:paraId="2FB3DE67" w14:textId="77777777" w:rsidR="005600B5" w:rsidRPr="00AF3334" w:rsidRDefault="00000000">
      <w:pPr>
        <w:pBdr>
          <w:top w:val="nil"/>
          <w:left w:val="nil"/>
          <w:bottom w:val="nil"/>
          <w:right w:val="nil"/>
          <w:between w:val="nil"/>
        </w:pBdr>
        <w:spacing w:after="24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h. I am aware of the tuition costs associated to the programme and I am able to meet all expenses for the duration of my study. I understand that if I am unable to meet the costs, Evolution School and the New Zealand Government will not be expected to help me.</w:t>
      </w:r>
    </w:p>
    <w:p w14:paraId="2267E4B2"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proofErr w:type="spellStart"/>
      <w:r w:rsidRPr="00AF3334">
        <w:rPr>
          <w:rFonts w:ascii="Avenir Next LT Pro" w:eastAsia="Arial" w:hAnsi="Avenir Next LT Pro" w:cs="Arial"/>
          <w:sz w:val="20"/>
          <w:szCs w:val="20"/>
        </w:rPr>
        <w:t>i</w:t>
      </w:r>
      <w:proofErr w:type="spellEnd"/>
      <w:r w:rsidRPr="00AF3334">
        <w:rPr>
          <w:rFonts w:ascii="Avenir Next LT Pro" w:eastAsia="Arial" w:hAnsi="Avenir Next LT Pro" w:cs="Arial"/>
          <w:sz w:val="20"/>
          <w:szCs w:val="20"/>
        </w:rPr>
        <w:t>. I understand that Evolution School may contact me via email, text messages, phone or by post for communications regarding my enrolment.</w:t>
      </w:r>
    </w:p>
    <w:p w14:paraId="06BD3AE3" w14:textId="77777777" w:rsidR="005600B5" w:rsidRPr="00AF3334" w:rsidRDefault="005600B5">
      <w:pPr>
        <w:pBdr>
          <w:top w:val="nil"/>
          <w:left w:val="nil"/>
          <w:bottom w:val="nil"/>
          <w:right w:val="nil"/>
          <w:between w:val="nil"/>
        </w:pBdr>
        <w:spacing w:after="0" w:line="240" w:lineRule="auto"/>
        <w:ind w:left="-567" w:firstLine="567"/>
        <w:rPr>
          <w:rFonts w:ascii="Avenir Next LT Pro" w:eastAsia="Arial" w:hAnsi="Avenir Next LT Pro" w:cs="Arial"/>
          <w:sz w:val="20"/>
          <w:szCs w:val="20"/>
        </w:rPr>
      </w:pPr>
    </w:p>
    <w:p w14:paraId="2488CF1D"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2F7E4B4D"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1B1B928E"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SIGN BELOW</w:t>
      </w:r>
    </w:p>
    <w:p w14:paraId="0BD2134D"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To be signed by the applicant if 18 years of age or older:</w:t>
      </w:r>
    </w:p>
    <w:p w14:paraId="153B2FEA"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sz w:val="20"/>
          <w:szCs w:val="20"/>
        </w:rPr>
      </w:pPr>
    </w:p>
    <w:p w14:paraId="1AA9EDAA"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Your signature (applicant to sign):___________________________________________</w:t>
      </w:r>
    </w:p>
    <w:p w14:paraId="040F5B71"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5C33B8DE"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Date:_______________________</w:t>
      </w:r>
    </w:p>
    <w:p w14:paraId="47480D0A"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sz w:val="20"/>
          <w:szCs w:val="20"/>
        </w:rPr>
      </w:pPr>
    </w:p>
    <w:p w14:paraId="32292428"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If the applicant is not able to sign above, an </w:t>
      </w:r>
      <w:proofErr w:type="spellStart"/>
      <w:r w:rsidRPr="00AF3334">
        <w:rPr>
          <w:rFonts w:ascii="Avenir Next LT Pro" w:eastAsia="Arial" w:hAnsi="Avenir Next LT Pro" w:cs="Arial"/>
          <w:sz w:val="20"/>
          <w:szCs w:val="20"/>
        </w:rPr>
        <w:t>authorised</w:t>
      </w:r>
      <w:proofErr w:type="spellEnd"/>
      <w:r w:rsidRPr="00AF3334">
        <w:rPr>
          <w:rFonts w:ascii="Avenir Next LT Pro" w:eastAsia="Arial" w:hAnsi="Avenir Next LT Pro" w:cs="Arial"/>
          <w:sz w:val="20"/>
          <w:szCs w:val="20"/>
        </w:rPr>
        <w:t xml:space="preserve"> person or an Evolution School registered agent may sign on the applicant’s behalf </w:t>
      </w:r>
    </w:p>
    <w:p w14:paraId="6F5CDF1B"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sz w:val="20"/>
          <w:szCs w:val="20"/>
        </w:rPr>
      </w:pPr>
    </w:p>
    <w:p w14:paraId="58E80113"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Name of person:__________________________________</w:t>
      </w:r>
    </w:p>
    <w:p w14:paraId="577E0FE4"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1A347D70"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Signature:________________________________________</w:t>
      </w:r>
    </w:p>
    <w:p w14:paraId="6ABD02D5"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70229AB7"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Date:_________________________</w:t>
      </w:r>
    </w:p>
    <w:p w14:paraId="7A96498D" w14:textId="77777777" w:rsidR="005600B5" w:rsidRPr="00AF3334" w:rsidRDefault="005600B5">
      <w:pPr>
        <w:pBdr>
          <w:top w:val="nil"/>
          <w:left w:val="nil"/>
          <w:bottom w:val="nil"/>
          <w:right w:val="nil"/>
          <w:between w:val="nil"/>
        </w:pBdr>
        <w:spacing w:after="0" w:line="240" w:lineRule="auto"/>
        <w:ind w:left="-567" w:firstLine="567"/>
        <w:rPr>
          <w:rFonts w:ascii="Avenir Next LT Pro" w:eastAsia="Arial" w:hAnsi="Avenir Next LT Pro" w:cs="Arial"/>
          <w:b/>
          <w:bCs/>
          <w:sz w:val="20"/>
          <w:szCs w:val="20"/>
        </w:rPr>
      </w:pPr>
    </w:p>
    <w:p w14:paraId="729095CA"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Your relationship to the applicant:___________________________________</w:t>
      </w:r>
    </w:p>
    <w:p w14:paraId="2FCF520E"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3F8BBDAD"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6EF86079"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WHERE TO SEND THIS FORM</w:t>
      </w:r>
    </w:p>
    <w:p w14:paraId="4999FEDD"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u w:val="single"/>
        </w:rPr>
        <w:t>Postal address:</w:t>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u w:val="single"/>
        </w:rPr>
        <w:t>Email address:</w:t>
      </w:r>
      <w:r w:rsidRPr="00AF3334">
        <w:rPr>
          <w:rFonts w:ascii="Avenir Next LT Pro" w:eastAsia="Arial" w:hAnsi="Avenir Next LT Pro" w:cs="Arial"/>
          <w:sz w:val="20"/>
          <w:szCs w:val="20"/>
        </w:rPr>
        <w:t xml:space="preserve"> </w:t>
      </w:r>
    </w:p>
    <w:p w14:paraId="33D33655"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Evolution School</w:t>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r>
      <w:r w:rsidRPr="00AF3334">
        <w:rPr>
          <w:rFonts w:ascii="Avenir Next LT Pro" w:eastAsia="Arial" w:hAnsi="Avenir Next LT Pro" w:cs="Arial"/>
          <w:sz w:val="20"/>
          <w:szCs w:val="20"/>
        </w:rPr>
        <w:tab/>
        <w:t>info@</w:t>
      </w:r>
      <w:hyperlink r:id="rId9">
        <w:r w:rsidRPr="00AF3334">
          <w:rPr>
            <w:rFonts w:ascii="Avenir Next LT Pro" w:eastAsia="Arial" w:hAnsi="Avenir Next LT Pro" w:cs="Arial"/>
            <w:sz w:val="20"/>
            <w:szCs w:val="20"/>
            <w:u w:val="single"/>
          </w:rPr>
          <w:t>evolutionschoolwhg</w:t>
        </w:r>
      </w:hyperlink>
      <w:r w:rsidRPr="00AF3334">
        <w:rPr>
          <w:rFonts w:ascii="Avenir Next LT Pro" w:eastAsia="Arial" w:hAnsi="Avenir Next LT Pro" w:cs="Arial"/>
          <w:sz w:val="20"/>
          <w:szCs w:val="20"/>
        </w:rPr>
        <w:t>.co.nz</w:t>
      </w:r>
    </w:p>
    <w:p w14:paraId="48D830BF"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115 Cameron Street</w:t>
      </w:r>
    </w:p>
    <w:p w14:paraId="28D2EF5F"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Whangarei 0110</w:t>
      </w:r>
    </w:p>
    <w:p w14:paraId="3F35DD23"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Northland</w:t>
      </w:r>
    </w:p>
    <w:p w14:paraId="10716873"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New Zealand</w:t>
      </w:r>
    </w:p>
    <w:p w14:paraId="69C0CA5C"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sz w:val="20"/>
          <w:szCs w:val="20"/>
        </w:rPr>
      </w:pPr>
    </w:p>
    <w:p w14:paraId="2420094F"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FOR MORE INFORMATION</w:t>
      </w:r>
    </w:p>
    <w:p w14:paraId="7C11E606"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Phone: +64 9 4386583</w:t>
      </w:r>
    </w:p>
    <w:p w14:paraId="55B27B93"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Web: </w:t>
      </w:r>
      <w:hyperlink r:id="rId10">
        <w:r w:rsidRPr="00AF3334">
          <w:rPr>
            <w:rFonts w:ascii="Avenir Next LT Pro" w:eastAsia="Arial" w:hAnsi="Avenir Next LT Pro" w:cs="Arial"/>
            <w:sz w:val="20"/>
            <w:szCs w:val="20"/>
            <w:u w:val="single"/>
          </w:rPr>
          <w:t>www.evolutionschool.co.nz/international</w:t>
        </w:r>
      </w:hyperlink>
    </w:p>
    <w:p w14:paraId="3B3B98EF"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sz w:val="20"/>
          <w:szCs w:val="20"/>
        </w:rPr>
      </w:pPr>
    </w:p>
    <w:p w14:paraId="7866DD31"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1D408EDF"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b/>
          <w:bCs/>
          <w:sz w:val="20"/>
          <w:szCs w:val="20"/>
        </w:rPr>
      </w:pPr>
    </w:p>
    <w:p w14:paraId="50B5D468" w14:textId="77777777" w:rsidR="005600B5" w:rsidRPr="00AF3334" w:rsidRDefault="00000000">
      <w:pPr>
        <w:pBdr>
          <w:top w:val="nil"/>
          <w:left w:val="nil"/>
          <w:bottom w:val="nil"/>
          <w:right w:val="nil"/>
          <w:between w:val="nil"/>
        </w:pBdr>
        <w:spacing w:after="0" w:line="240" w:lineRule="auto"/>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Application and Enrolment Process</w:t>
      </w:r>
    </w:p>
    <w:p w14:paraId="6AA279FD"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One</w:t>
      </w:r>
    </w:p>
    <w:p w14:paraId="762EC170"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Before you begin, make sure that you plan ahead and give yourself a realistic amount of time to prepare for your intended start date. It is a good idea to research the programmes of study you are interested in, what they involve, and what will be expected of you throughout your studies. Check the application guidelines at </w:t>
      </w:r>
      <w:hyperlink r:id="rId11">
        <w:r w:rsidRPr="00AF3334">
          <w:rPr>
            <w:rFonts w:ascii="Avenir Next LT Pro" w:eastAsia="Arial" w:hAnsi="Avenir Next LT Pro" w:cs="Arial"/>
            <w:sz w:val="20"/>
            <w:szCs w:val="20"/>
            <w:u w:val="single"/>
          </w:rPr>
          <w:t>www.evolutionschool.co.nz/international</w:t>
        </w:r>
      </w:hyperlink>
    </w:p>
    <w:p w14:paraId="7ABFE06B"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Two</w:t>
      </w:r>
    </w:p>
    <w:p w14:paraId="2E115718"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To study at Evolution </w:t>
      </w:r>
      <w:proofErr w:type="gramStart"/>
      <w:r w:rsidRPr="00AF3334">
        <w:rPr>
          <w:rFonts w:ascii="Avenir Next LT Pro" w:eastAsia="Arial" w:hAnsi="Avenir Next LT Pro" w:cs="Arial"/>
          <w:sz w:val="20"/>
          <w:szCs w:val="20"/>
        </w:rPr>
        <w:t>School</w:t>
      </w:r>
      <w:proofErr w:type="gramEnd"/>
      <w:r w:rsidRPr="00AF3334">
        <w:rPr>
          <w:rFonts w:ascii="Avenir Next LT Pro" w:eastAsia="Arial" w:hAnsi="Avenir Next LT Pro" w:cs="Arial"/>
          <w:sz w:val="20"/>
          <w:szCs w:val="20"/>
        </w:rPr>
        <w:t xml:space="preserve"> you will need to apply on an Evolution School Application for Enrolment form either directly to Evolution School or through an Evolution School registered agent. Evolution School registered agents can apply for you online. Applicants can apply online or complete this International Student Application form, ensuring all sections are completed in full, and that the programme of choice is clearly indicated. You will need to supply the required documentation otherwise this will delay your application.</w:t>
      </w:r>
    </w:p>
    <w:p w14:paraId="6A46EEAF"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Three</w:t>
      </w:r>
    </w:p>
    <w:p w14:paraId="3E3FADE7"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When Evolution School receives your application you will receive an acknowledgement email. Complete applications may take up to one week to assess. </w:t>
      </w:r>
    </w:p>
    <w:p w14:paraId="2BFF5A33"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Four</w:t>
      </w:r>
    </w:p>
    <w:p w14:paraId="7E3423DA"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Successful applicants will receive a Letter of Offer letter form, which will give advice on fees, insurance (health and travel), and date of payment. There will also be a Confirmation of Acceptance document and a Fee Protect Student Acknowledgement Form </w:t>
      </w:r>
    </w:p>
    <w:p w14:paraId="31504D6B" w14:textId="77777777" w:rsidR="005600B5" w:rsidRPr="00AF3334" w:rsidRDefault="00000000">
      <w:pPr>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Five</w:t>
      </w:r>
    </w:p>
    <w:p w14:paraId="70B6D903"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The applicant can accept the Confirmation of Acceptance form by signing then emailing it back to Evolution School info@evolutionschoolwhg.co.nz</w:t>
      </w:r>
    </w:p>
    <w:p w14:paraId="31B02B72" w14:textId="77777777" w:rsidR="005600B5" w:rsidRPr="00AF3334" w:rsidRDefault="00000000">
      <w:pPr>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Six</w:t>
      </w:r>
    </w:p>
    <w:p w14:paraId="4E7F88DC"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Pay the programme fee as specified in the Letter of Offer - use the information in the Fee Protect Student Acknowledgement Form to guide you on paying the fee.</w:t>
      </w:r>
    </w:p>
    <w:p w14:paraId="0DB22E9A"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Seven</w:t>
      </w:r>
    </w:p>
    <w:p w14:paraId="07B272C9"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When your fees have been paid, Evolution School will send you a receipt. This receipt must be presented to the nearest Immigration New Zealand office with a copy of your Letter of Offer in order to obtain a student  permit/visa. Your student permit/visa must then be presented to Evolution School to help complete enrolment prior to the start of your programme.</w:t>
      </w:r>
    </w:p>
    <w:p w14:paraId="63EA3C45" w14:textId="77777777" w:rsidR="005600B5" w:rsidRPr="00AF3334" w:rsidRDefault="005600B5">
      <w:pPr>
        <w:spacing w:after="0"/>
        <w:ind w:left="-567"/>
        <w:rPr>
          <w:rFonts w:ascii="Avenir Next LT Pro" w:eastAsia="Arial" w:hAnsi="Avenir Next LT Pro" w:cs="Arial"/>
          <w:sz w:val="20"/>
          <w:szCs w:val="20"/>
        </w:rPr>
      </w:pPr>
    </w:p>
    <w:p w14:paraId="2C170633"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To guarantee your place in the programme, acceptance must be received with full payment of fees by the due date. In the case that all places in the programme are taken at the time you decide to pay the fees and accept the Confirmation of Offer, Evolution School will offer you a place in the programme in the next available intake.</w:t>
      </w:r>
    </w:p>
    <w:p w14:paraId="0A5591EC"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Step Eight</w:t>
      </w:r>
    </w:p>
    <w:p w14:paraId="0FCBB17A"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Congratulations. It is now time to purchase your travel and health insurance, prepare for your travel, and get ready for life as an Evolution School student in </w:t>
      </w:r>
      <w:proofErr w:type="spellStart"/>
      <w:r w:rsidRPr="00AF3334">
        <w:rPr>
          <w:rFonts w:ascii="Avenir Next LT Pro" w:eastAsia="Arial" w:hAnsi="Avenir Next LT Pro" w:cs="Arial"/>
          <w:sz w:val="20"/>
          <w:szCs w:val="20"/>
        </w:rPr>
        <w:t>Whangarei,New</w:t>
      </w:r>
      <w:proofErr w:type="spellEnd"/>
      <w:r w:rsidRPr="00AF3334">
        <w:rPr>
          <w:rFonts w:ascii="Avenir Next LT Pro" w:eastAsia="Arial" w:hAnsi="Avenir Next LT Pro" w:cs="Arial"/>
          <w:sz w:val="20"/>
          <w:szCs w:val="20"/>
        </w:rPr>
        <w:t xml:space="preserve"> Zealand.</w:t>
      </w:r>
    </w:p>
    <w:p w14:paraId="14644547" w14:textId="77777777" w:rsidR="005600B5" w:rsidRPr="00AF3334" w:rsidRDefault="005600B5">
      <w:pPr>
        <w:ind w:left="-567"/>
        <w:rPr>
          <w:rFonts w:ascii="Avenir Next LT Pro" w:eastAsia="Arial" w:hAnsi="Avenir Next LT Pro" w:cs="Arial"/>
          <w:b/>
          <w:bCs/>
          <w:sz w:val="20"/>
          <w:szCs w:val="20"/>
        </w:rPr>
      </w:pPr>
    </w:p>
    <w:p w14:paraId="65C271DC" w14:textId="77777777" w:rsidR="005600B5" w:rsidRPr="00AF3334" w:rsidRDefault="005600B5">
      <w:pPr>
        <w:spacing w:after="0"/>
        <w:ind w:left="-567"/>
        <w:rPr>
          <w:rFonts w:ascii="Avenir Next LT Pro" w:eastAsia="Arial" w:hAnsi="Avenir Next LT Pro" w:cs="Arial"/>
          <w:b/>
          <w:bCs/>
          <w:sz w:val="20"/>
          <w:szCs w:val="20"/>
        </w:rPr>
      </w:pPr>
    </w:p>
    <w:p w14:paraId="6F96E02F" w14:textId="77777777" w:rsidR="005600B5" w:rsidRPr="00AF3334" w:rsidRDefault="005600B5">
      <w:pPr>
        <w:spacing w:after="0"/>
        <w:ind w:left="-567"/>
        <w:rPr>
          <w:rFonts w:ascii="Avenir Next LT Pro" w:eastAsia="Arial" w:hAnsi="Avenir Next LT Pro" w:cs="Arial"/>
          <w:b/>
          <w:bCs/>
          <w:sz w:val="20"/>
          <w:szCs w:val="20"/>
        </w:rPr>
      </w:pPr>
    </w:p>
    <w:p w14:paraId="0A234E0F" w14:textId="77777777" w:rsidR="005600B5" w:rsidRPr="00AF3334" w:rsidRDefault="00000000">
      <w:pPr>
        <w:spacing w:after="0"/>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HOW TO CERTIFY YOUR DOCUMENTS</w:t>
      </w:r>
    </w:p>
    <w:p w14:paraId="077646F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Evolution school requires proof of identity and eligibility to study from all new applicants to Evolution School.</w:t>
      </w:r>
    </w:p>
    <w:p w14:paraId="5F8DC121" w14:textId="77777777" w:rsidR="005600B5" w:rsidRPr="00AF3334" w:rsidRDefault="005600B5">
      <w:pPr>
        <w:spacing w:after="0"/>
        <w:ind w:left="-567"/>
        <w:rPr>
          <w:rFonts w:ascii="Avenir Next LT Pro" w:eastAsia="Arial" w:hAnsi="Avenir Next LT Pro" w:cs="Arial"/>
          <w:sz w:val="20"/>
          <w:szCs w:val="20"/>
        </w:rPr>
      </w:pPr>
    </w:p>
    <w:p w14:paraId="5C3706CC"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If you have already studied in New Zealand, we will use the National Student Index (NSI) database and match your details to an active National Student Number (NSN). If a match can’t be found then you will be notified and asked to provide certified documentation as proof of identity and eligibility to study at Evolution School (for example a passport or birth certificate). </w:t>
      </w:r>
    </w:p>
    <w:p w14:paraId="460CAAF5" w14:textId="77777777" w:rsidR="005600B5" w:rsidRPr="00AF3334" w:rsidRDefault="005600B5">
      <w:pPr>
        <w:spacing w:after="0"/>
        <w:ind w:left="-567"/>
        <w:rPr>
          <w:rFonts w:ascii="Avenir Next LT Pro" w:eastAsia="Arial" w:hAnsi="Avenir Next LT Pro" w:cs="Arial"/>
          <w:sz w:val="20"/>
          <w:szCs w:val="20"/>
        </w:rPr>
      </w:pPr>
    </w:p>
    <w:p w14:paraId="6F075397"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Legal certification (proof that a photocopy is a true copy of the original document) is very important and can be done in several ways:</w:t>
      </w:r>
    </w:p>
    <w:p w14:paraId="071EB8DA" w14:textId="77777777" w:rsidR="005600B5" w:rsidRPr="00AF3334" w:rsidRDefault="005600B5">
      <w:pPr>
        <w:spacing w:after="0"/>
        <w:ind w:left="-567"/>
        <w:rPr>
          <w:rFonts w:ascii="Avenir Next LT Pro" w:eastAsia="Arial" w:hAnsi="Avenir Next LT Pro" w:cs="Arial"/>
          <w:sz w:val="20"/>
          <w:szCs w:val="20"/>
        </w:rPr>
      </w:pPr>
    </w:p>
    <w:p w14:paraId="40A63360"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If you are overseas:</w:t>
      </w:r>
    </w:p>
    <w:p w14:paraId="430DBBD9"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Take the original document(s) and a photocopy of each to your country’s equivalent of one of the following: Justice of the Peace or Notary Public or Member of Parliament or Judge or any person </w:t>
      </w:r>
      <w:proofErr w:type="spellStart"/>
      <w:r w:rsidRPr="00AF3334">
        <w:rPr>
          <w:rFonts w:ascii="Avenir Next LT Pro" w:eastAsia="Arial" w:hAnsi="Avenir Next LT Pro" w:cs="Arial"/>
          <w:sz w:val="20"/>
          <w:szCs w:val="20"/>
        </w:rPr>
        <w:t>authorised</w:t>
      </w:r>
      <w:proofErr w:type="spellEnd"/>
      <w:r w:rsidRPr="00AF3334">
        <w:rPr>
          <w:rFonts w:ascii="Avenir Next LT Pro" w:eastAsia="Arial" w:hAnsi="Avenir Next LT Pro" w:cs="Arial"/>
          <w:sz w:val="20"/>
          <w:szCs w:val="20"/>
        </w:rPr>
        <w:t xml:space="preserve"> by the law of your country to administer an oath.</w:t>
      </w:r>
    </w:p>
    <w:p w14:paraId="00EC42BC" w14:textId="77777777" w:rsidR="005600B5" w:rsidRPr="00AF3334" w:rsidRDefault="005600B5">
      <w:pPr>
        <w:spacing w:after="0"/>
        <w:ind w:left="-567"/>
        <w:rPr>
          <w:rFonts w:ascii="Avenir Next LT Pro" w:eastAsia="Arial" w:hAnsi="Avenir Next LT Pro" w:cs="Arial"/>
          <w:sz w:val="20"/>
          <w:szCs w:val="20"/>
        </w:rPr>
      </w:pPr>
    </w:p>
    <w:p w14:paraId="02C8E40B" w14:textId="77777777" w:rsidR="005600B5" w:rsidRPr="00AF3334" w:rsidRDefault="00000000">
      <w:pPr>
        <w:spacing w:after="0"/>
        <w:ind w:left="-567"/>
        <w:rPr>
          <w:rFonts w:ascii="Avenir Next LT Pro" w:eastAsia="Arial" w:hAnsi="Avenir Next LT Pro" w:cs="Arial"/>
          <w:sz w:val="20"/>
          <w:szCs w:val="20"/>
          <w:u w:val="single"/>
        </w:rPr>
      </w:pPr>
      <w:r w:rsidRPr="00AF3334">
        <w:rPr>
          <w:rFonts w:ascii="Avenir Next LT Pro" w:eastAsia="Arial" w:hAnsi="Avenir Next LT Pro" w:cs="Arial"/>
          <w:sz w:val="20"/>
          <w:szCs w:val="20"/>
          <w:u w:val="single"/>
        </w:rPr>
        <w:t>If you are in New Zealand:</w:t>
      </w:r>
    </w:p>
    <w:p w14:paraId="6FE120E2"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EITHER bring the original document(s) and a photocopy of each original and show it to the Evolution School’s office. The copy will be signed by the staff member as being a true and accurate copy </w:t>
      </w:r>
    </w:p>
    <w:p w14:paraId="2AB76DD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OR take the original document and a photocopy of it to a Justice of the Peace or a Notary Public or a Member of Parliament or a Barrister/Solicitor or a Registrar/Deputy Registrar of the Courts.</w:t>
      </w:r>
    </w:p>
    <w:p w14:paraId="59FE3D81" w14:textId="77777777" w:rsidR="005600B5" w:rsidRPr="00AF3334" w:rsidRDefault="005600B5">
      <w:pPr>
        <w:spacing w:after="0"/>
        <w:ind w:left="-567"/>
        <w:rPr>
          <w:rFonts w:ascii="Avenir Next LT Pro" w:eastAsia="Arial" w:hAnsi="Avenir Next LT Pro" w:cs="Arial"/>
          <w:sz w:val="20"/>
          <w:szCs w:val="20"/>
        </w:rPr>
      </w:pPr>
    </w:p>
    <w:p w14:paraId="098A5AA1"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A document must be legible and have “certified true copy of the original” stated on the document, the full name, signature and title/position of the person certifying the document, and an official stamp.</w:t>
      </w:r>
    </w:p>
    <w:p w14:paraId="1BC38105" w14:textId="77777777" w:rsidR="005600B5" w:rsidRPr="00AF3334" w:rsidRDefault="005600B5">
      <w:pPr>
        <w:spacing w:after="0"/>
        <w:ind w:left="-567"/>
        <w:rPr>
          <w:rFonts w:ascii="Avenir Next LT Pro" w:eastAsia="Arial" w:hAnsi="Avenir Next LT Pro" w:cs="Arial"/>
          <w:sz w:val="20"/>
          <w:szCs w:val="20"/>
        </w:rPr>
      </w:pPr>
    </w:p>
    <w:p w14:paraId="36396EF0"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Please don’t send original documents as they will not be returned.</w:t>
      </w:r>
    </w:p>
    <w:p w14:paraId="5461CA06" w14:textId="77777777" w:rsidR="005600B5" w:rsidRPr="00AF3334" w:rsidRDefault="005600B5">
      <w:pPr>
        <w:spacing w:after="0"/>
        <w:ind w:left="-567"/>
        <w:rPr>
          <w:rFonts w:ascii="Avenir Next LT Pro" w:eastAsia="Arial" w:hAnsi="Avenir Next LT Pro" w:cs="Arial"/>
          <w:sz w:val="20"/>
          <w:szCs w:val="20"/>
        </w:rPr>
      </w:pPr>
    </w:p>
    <w:p w14:paraId="4690240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Evolution School may suspend or terminate your enrolment if any falsified documents are discovered during the application or enrolment process, or during your study.</w:t>
      </w:r>
    </w:p>
    <w:p w14:paraId="22C38800" w14:textId="77777777" w:rsidR="005600B5" w:rsidRPr="00AF3334" w:rsidRDefault="005600B5">
      <w:pPr>
        <w:pBdr>
          <w:top w:val="nil"/>
          <w:left w:val="nil"/>
          <w:bottom w:val="nil"/>
          <w:right w:val="nil"/>
          <w:between w:val="nil"/>
        </w:pBdr>
        <w:spacing w:after="0" w:line="240" w:lineRule="auto"/>
        <w:ind w:left="-567"/>
        <w:rPr>
          <w:rFonts w:ascii="Avenir Next LT Pro" w:eastAsia="Arial" w:hAnsi="Avenir Next LT Pro" w:cs="Arial"/>
          <w:sz w:val="20"/>
          <w:szCs w:val="20"/>
        </w:rPr>
      </w:pPr>
    </w:p>
    <w:p w14:paraId="42451ED9" w14:textId="77777777" w:rsidR="005600B5" w:rsidRPr="00AF3334" w:rsidRDefault="005600B5">
      <w:pPr>
        <w:ind w:left="-567"/>
        <w:rPr>
          <w:rFonts w:ascii="Avenir Next LT Pro" w:eastAsia="Arial" w:hAnsi="Avenir Next LT Pro" w:cs="Arial"/>
          <w:sz w:val="20"/>
          <w:szCs w:val="20"/>
        </w:rPr>
      </w:pPr>
    </w:p>
    <w:p w14:paraId="70BD432B" w14:textId="77777777" w:rsidR="005600B5" w:rsidRPr="00AF3334" w:rsidRDefault="00000000">
      <w:pPr>
        <w:spacing w:after="0"/>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PRIVACY</w:t>
      </w:r>
    </w:p>
    <w:p w14:paraId="27C6CEBF"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The personal information collected at the time of your enrolment will be held on the student administration database and will be made available only to </w:t>
      </w:r>
      <w:proofErr w:type="spellStart"/>
      <w:r w:rsidRPr="00AF3334">
        <w:rPr>
          <w:rFonts w:ascii="Avenir Next LT Pro" w:eastAsia="Arial" w:hAnsi="Avenir Next LT Pro" w:cs="Arial"/>
          <w:sz w:val="20"/>
          <w:szCs w:val="20"/>
        </w:rPr>
        <w:t>authorised</w:t>
      </w:r>
      <w:proofErr w:type="spellEnd"/>
      <w:r w:rsidRPr="00AF3334">
        <w:rPr>
          <w:rFonts w:ascii="Avenir Next LT Pro" w:eastAsia="Arial" w:hAnsi="Avenir Next LT Pro" w:cs="Arial"/>
          <w:sz w:val="20"/>
          <w:szCs w:val="20"/>
        </w:rPr>
        <w:t xml:space="preserve"> staff of Evolution School. Some personal information (typically your name, current address, date of birth and academic details) from this database may be made available to external organisations. Evolution School undertakes to collect and maintain student personal information in a manner consistent with the principles outlined in the Privacy Act 1993.</w:t>
      </w:r>
    </w:p>
    <w:p w14:paraId="10F62E43" w14:textId="77777777" w:rsidR="005600B5" w:rsidRPr="00AF3334" w:rsidRDefault="005600B5">
      <w:pPr>
        <w:ind w:left="-567"/>
        <w:rPr>
          <w:rFonts w:ascii="Avenir Next LT Pro" w:eastAsia="Arial" w:hAnsi="Avenir Next LT Pro" w:cs="Arial"/>
          <w:sz w:val="20"/>
          <w:szCs w:val="20"/>
        </w:rPr>
      </w:pPr>
    </w:p>
    <w:p w14:paraId="4F596EA5" w14:textId="77777777" w:rsidR="005600B5" w:rsidRPr="00AF3334" w:rsidRDefault="00000000">
      <w:pPr>
        <w:spacing w:after="0"/>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USES OF INFORMATION COLLECTED</w:t>
      </w:r>
    </w:p>
    <w:p w14:paraId="34F69386"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Personal information collected will be available to those members of Evolution School staff</w:t>
      </w:r>
    </w:p>
    <w:p w14:paraId="72863E83"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responsible for:</w:t>
      </w:r>
    </w:p>
    <w:p w14:paraId="231928B2"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•Your enrolment</w:t>
      </w:r>
    </w:p>
    <w:p w14:paraId="173AE6F2"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•Providing student services</w:t>
      </w:r>
    </w:p>
    <w:p w14:paraId="49BA80D2"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•Establishing and maintaining your records</w:t>
      </w:r>
    </w:p>
    <w:p w14:paraId="12ECC6E4"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•Maintaining order and discipline</w:t>
      </w:r>
    </w:p>
    <w:p w14:paraId="2096E110"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•Providing tuition, appropriate academic advice and support</w:t>
      </w:r>
    </w:p>
    <w:p w14:paraId="5744DA2F"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•Providing Evolution School activities and events</w:t>
      </w:r>
    </w:p>
    <w:p w14:paraId="07731FD5" w14:textId="77777777" w:rsidR="005600B5" w:rsidRPr="00AF3334" w:rsidRDefault="005600B5">
      <w:pPr>
        <w:ind w:left="-567"/>
        <w:rPr>
          <w:rFonts w:ascii="Avenir Next LT Pro" w:eastAsia="Arial" w:hAnsi="Avenir Next LT Pro" w:cs="Arial"/>
          <w:sz w:val="20"/>
          <w:szCs w:val="20"/>
        </w:rPr>
      </w:pPr>
    </w:p>
    <w:p w14:paraId="6698F14A" w14:textId="77777777" w:rsidR="005600B5" w:rsidRPr="00AF3334" w:rsidRDefault="005600B5">
      <w:pPr>
        <w:ind w:left="-567"/>
        <w:rPr>
          <w:rFonts w:ascii="Avenir Next LT Pro" w:eastAsia="Arial" w:hAnsi="Avenir Next LT Pro" w:cs="Arial"/>
          <w:sz w:val="20"/>
          <w:szCs w:val="20"/>
        </w:rPr>
      </w:pPr>
    </w:p>
    <w:p w14:paraId="146D8598" w14:textId="77777777" w:rsidR="005600B5" w:rsidRPr="00AF3334" w:rsidRDefault="00000000">
      <w:pPr>
        <w:spacing w:after="0"/>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ORGANISATIONS WHICH MAY USE THE INFORMATION*</w:t>
      </w:r>
    </w:p>
    <w:p w14:paraId="48AAC64D"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•Ministry of Education</w:t>
      </w:r>
    </w:p>
    <w:p w14:paraId="5A8646A5"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•Immigration New Zealand (INZ)</w:t>
      </w:r>
    </w:p>
    <w:p w14:paraId="6C511D80"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•Tertiary Education Commission (TEC)</w:t>
      </w:r>
    </w:p>
    <w:p w14:paraId="7EE5B779"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•Education Training and Support Agency</w:t>
      </w:r>
    </w:p>
    <w:p w14:paraId="4DBCA673"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•New Zealand Qualifications Authority (NZQA)</w:t>
      </w:r>
    </w:p>
    <w:p w14:paraId="594A6F9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•Industry training organisations</w:t>
      </w:r>
    </w:p>
    <w:p w14:paraId="17A86162"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•Contributing secondary schools and other tertiary education institutions.</w:t>
      </w:r>
    </w:p>
    <w:p w14:paraId="31AC9870"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*The information collected will not be released to all of these potential users, but may be released on request. </w:t>
      </w:r>
    </w:p>
    <w:p w14:paraId="4560BE21"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Note: Your name, date of birth and residency as entered on this application for enrolment form will be included in New Zealand’s National Student Index (NSI), and will be used in an </w:t>
      </w:r>
      <w:proofErr w:type="spellStart"/>
      <w:r w:rsidRPr="00AF3334">
        <w:rPr>
          <w:rFonts w:ascii="Avenir Next LT Pro" w:eastAsia="Arial" w:hAnsi="Avenir Next LT Pro" w:cs="Arial"/>
          <w:sz w:val="20"/>
          <w:szCs w:val="20"/>
        </w:rPr>
        <w:t>authorised</w:t>
      </w:r>
      <w:proofErr w:type="spellEnd"/>
      <w:r w:rsidRPr="00AF3334">
        <w:rPr>
          <w:rFonts w:ascii="Avenir Next LT Pro" w:eastAsia="Arial" w:hAnsi="Avenir Next LT Pro" w:cs="Arial"/>
          <w:sz w:val="20"/>
          <w:szCs w:val="20"/>
        </w:rPr>
        <w:t xml:space="preserve"> information matching programme with the New Zealand birth register. For further information please see: </w:t>
      </w:r>
      <w:hyperlink r:id="rId12">
        <w:r w:rsidRPr="00AF3334">
          <w:rPr>
            <w:rFonts w:ascii="Avenir Next LT Pro" w:eastAsia="Arial" w:hAnsi="Avenir Next LT Pro" w:cs="Arial"/>
            <w:sz w:val="20"/>
            <w:szCs w:val="20"/>
            <w:u w:val="single"/>
          </w:rPr>
          <w:t>https://nsi.education.govt.nz</w:t>
        </w:r>
      </w:hyperlink>
      <w:r w:rsidRPr="00AF3334">
        <w:rPr>
          <w:rFonts w:ascii="Avenir Next LT Pro" w:eastAsia="Arial" w:hAnsi="Avenir Next LT Pro" w:cs="Arial"/>
          <w:sz w:val="20"/>
          <w:szCs w:val="20"/>
        </w:rPr>
        <w:t xml:space="preserve"> </w:t>
      </w:r>
    </w:p>
    <w:p w14:paraId="2B6ACFBB" w14:textId="77777777" w:rsidR="005600B5" w:rsidRPr="00AF3334" w:rsidRDefault="005600B5">
      <w:pPr>
        <w:ind w:left="-567" w:firstLine="567"/>
        <w:rPr>
          <w:rFonts w:ascii="Avenir Next LT Pro" w:eastAsia="Arial" w:hAnsi="Avenir Next LT Pro" w:cs="Arial"/>
          <w:sz w:val="20"/>
          <w:szCs w:val="20"/>
        </w:rPr>
      </w:pPr>
    </w:p>
    <w:p w14:paraId="3BB0074F" w14:textId="77777777" w:rsidR="005600B5" w:rsidRPr="00AF3334" w:rsidRDefault="00000000">
      <w:pPr>
        <w:spacing w:after="0"/>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RECOGNITION OF PRIOR LEARNING (RPL)/CREDIT FOR PRIOR LEARNING</w:t>
      </w:r>
    </w:p>
    <w:p w14:paraId="6B153B63"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If you believe you are entitled to credit for your previous studies or work experience, please complete the Recognition of Prior Learning (RPL) form available from: www.evolutionschoolwhg.co.nz</w:t>
      </w:r>
    </w:p>
    <w:p w14:paraId="28942F11"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Credit is not awarded automatically. You must apply if you think you are eligible. The deadline dates for submission of credit applications are:</w:t>
      </w:r>
    </w:p>
    <w:p w14:paraId="57DE5A71" w14:textId="5C7A90B5"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•1 </w:t>
      </w:r>
      <w:r w:rsidR="00AF3334" w:rsidRPr="00AF3334">
        <w:rPr>
          <w:rFonts w:ascii="Avenir Next LT Pro" w:eastAsia="Arial" w:hAnsi="Avenir Next LT Pro" w:cs="Arial"/>
          <w:sz w:val="20"/>
          <w:szCs w:val="20"/>
        </w:rPr>
        <w:t>Jan</w:t>
      </w:r>
      <w:r w:rsidRPr="00AF3334">
        <w:rPr>
          <w:rFonts w:ascii="Avenir Next LT Pro" w:eastAsia="Arial" w:hAnsi="Avenir Next LT Pro" w:cs="Arial"/>
          <w:sz w:val="20"/>
          <w:szCs w:val="20"/>
        </w:rPr>
        <w:t xml:space="preserve"> for assessment prior to the start of Term 1</w:t>
      </w:r>
    </w:p>
    <w:p w14:paraId="084094E5"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•1 July for assessment prior to the start of Term 2</w:t>
      </w:r>
    </w:p>
    <w:p w14:paraId="309CC1A0"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Previous studies or work experience must be assessed as being equivalent in content and standard to individual courses in programmes taught at Evolution School. An application for credit must include an official outline of the qualification already studied as well as specific descriptions of programme content and individual courses studied as published in the course syllabus by that institution.</w:t>
      </w:r>
    </w:p>
    <w:p w14:paraId="08BCE5F4" w14:textId="77777777" w:rsidR="005600B5" w:rsidRPr="00AF3334" w:rsidRDefault="005600B5">
      <w:pPr>
        <w:ind w:left="-567" w:firstLine="567"/>
        <w:rPr>
          <w:rFonts w:ascii="Avenir Next LT Pro" w:eastAsia="Arial" w:hAnsi="Avenir Next LT Pro" w:cs="Arial"/>
          <w:b/>
          <w:bCs/>
          <w:sz w:val="20"/>
          <w:szCs w:val="20"/>
        </w:rPr>
      </w:pPr>
    </w:p>
    <w:p w14:paraId="51CE786A" w14:textId="77777777" w:rsidR="005600B5" w:rsidRPr="00AF3334" w:rsidRDefault="00000000">
      <w:pPr>
        <w:spacing w:after="0"/>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CODE OF PRACTICE</w:t>
      </w:r>
    </w:p>
    <w:p w14:paraId="78EE4BE0"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Evolution school is bound by the Education (Pastoral Care of Tertiary and International Learners) Code of Practice 2021 published by the New Zealand Qualifications Authority </w:t>
      </w:r>
      <w:hyperlink r:id="rId13">
        <w:r w:rsidRPr="00AF3334">
          <w:rPr>
            <w:rFonts w:ascii="Avenir Next LT Pro" w:eastAsia="Arial" w:hAnsi="Avenir Next LT Pro" w:cs="Arial"/>
            <w:sz w:val="20"/>
            <w:szCs w:val="20"/>
            <w:u w:val="single"/>
          </w:rPr>
          <w:t>https://www2.nzqa.govt.nz/tertiary/the-code/</w:t>
        </w:r>
      </w:hyperlink>
      <w:r w:rsidRPr="00AF3334">
        <w:rPr>
          <w:rFonts w:ascii="Avenir Next LT Pro" w:eastAsia="Arial" w:hAnsi="Avenir Next LT Pro" w:cs="Arial"/>
          <w:sz w:val="20"/>
          <w:szCs w:val="20"/>
        </w:rPr>
        <w:t xml:space="preserve"> </w:t>
      </w:r>
    </w:p>
    <w:p w14:paraId="68E1DA9E" w14:textId="77777777" w:rsidR="005600B5" w:rsidRPr="00AF3334" w:rsidRDefault="005600B5">
      <w:pPr>
        <w:rPr>
          <w:rFonts w:ascii="Avenir Next LT Pro" w:eastAsia="Arial" w:hAnsi="Avenir Next LT Pro" w:cs="Arial"/>
          <w:sz w:val="20"/>
          <w:szCs w:val="20"/>
        </w:rPr>
      </w:pPr>
    </w:p>
    <w:p w14:paraId="3B8CBE2F" w14:textId="77777777" w:rsidR="005600B5" w:rsidRPr="00AF3334" w:rsidRDefault="00000000">
      <w:pPr>
        <w:spacing w:after="0"/>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FEES INFORMATION</w:t>
      </w:r>
    </w:p>
    <w:p w14:paraId="2168E24C"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-The fees for programmes of study offered to international students are generally set in the second quarter of the preceding academic year.</w:t>
      </w:r>
    </w:p>
    <w:p w14:paraId="4FBE538D"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-Tuition fees are set annually and are for the calendar period of January to December.</w:t>
      </w:r>
    </w:p>
    <w:p w14:paraId="53982F2C"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-The international fee for one year of full-time study will be advised in the Confirmation of Offer. The fees stated will be applicable only to the calendar year (January-December) in which the programme is commenced. If the programme extends for one or more semesters in a subsequent calendar year(s) the student will be required to pay all fees applicable for that subsequent calendar year(s).</w:t>
      </w:r>
    </w:p>
    <w:p w14:paraId="10569AD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-Please note that the Confirmation of Offer is valid for the entire period of study in a programme provided that the student has a current permit/visa. You must keep a copy of the Confirmation of Offer for your records.</w:t>
      </w:r>
    </w:p>
    <w:p w14:paraId="657F7E4D"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-Immigration New Zealand (INZ) requires that international students undertake full-time study to comply with the conditions of their student visa/permit. Full-time study at Evolution School is deemed to be 120 credits per year, or 60 credits per semester.</w:t>
      </w:r>
    </w:p>
    <w:p w14:paraId="671D3965"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-All international students are required to pay a non-refundable NZ$150 enrolment fee</w:t>
      </w:r>
    </w:p>
    <w:p w14:paraId="672FC755"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for their first year of study only.</w:t>
      </w:r>
    </w:p>
    <w:p w14:paraId="2EFEFA72"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-All international students must pay all fees as detailed in the Confirmation of Offer</w:t>
      </w:r>
    </w:p>
    <w:p w14:paraId="06DAB6D8"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 xml:space="preserve">by the stated due date. </w:t>
      </w:r>
    </w:p>
    <w:p w14:paraId="0FA51E44"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-An international student will not be enrolled at Evolution School until all fees are paid in full. If the tuition fees are not paid in full by the required date then the student will be withdrawn from the programme and Immigration New Zealand (INZ) will be advised that the student is no longer studying at Evolution School.</w:t>
      </w:r>
    </w:p>
    <w:p w14:paraId="4C86C71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-If you are making a payment via a scholarship or financial guarantee, evidence of fees to be paid must be provided for the full programme of study one month prior to the start of the semester.</w:t>
      </w:r>
    </w:p>
    <w:p w14:paraId="69913DAF"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-If an international student is studying more than 120 points per year or 60 points per</w:t>
      </w:r>
    </w:p>
    <w:p w14:paraId="03F84B7A"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semester, additional tuition fees will be payable based on the number of additional</w:t>
      </w:r>
    </w:p>
    <w:p w14:paraId="6774462F"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credit points studied.</w:t>
      </w:r>
    </w:p>
    <w:p w14:paraId="72B5621F"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-If the fee calculated at the time of enrolment into courses is less than that detailed in the Confirmation of Offer, any credit balance on the international student’s account will be held by Evolution School and applied to a subsequent enrolment. The amount of the credit balance is not available as a refund and any credit balance that remains outstanding for a period of two years or more will be forfeited.</w:t>
      </w:r>
    </w:p>
    <w:p w14:paraId="3382326D" w14:textId="77777777" w:rsidR="005600B5" w:rsidRPr="00AF3334" w:rsidRDefault="005600B5">
      <w:pPr>
        <w:ind w:left="-567" w:firstLine="567"/>
        <w:rPr>
          <w:rFonts w:ascii="Avenir Next LT Pro" w:eastAsia="Arial" w:hAnsi="Avenir Next LT Pro" w:cs="Arial"/>
          <w:sz w:val="20"/>
          <w:szCs w:val="20"/>
        </w:rPr>
      </w:pPr>
    </w:p>
    <w:p w14:paraId="24D5607B"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NOTE ABOUT RETURNING INTERNATIONAL STUDENTS:</w:t>
      </w:r>
    </w:p>
    <w:p w14:paraId="28E32334"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-All returning international students are required to pay the fee calculated on their invoice which is based upon the enrolment into courses in their chosen programme of study.</w:t>
      </w:r>
    </w:p>
    <w:p w14:paraId="2CCA5789"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-For international students other than in their first year of study, fees must be paid two weeks prior to the start of the semester.</w:t>
      </w:r>
    </w:p>
    <w:p w14:paraId="698CEDD8" w14:textId="77777777" w:rsidR="005600B5" w:rsidRPr="00AF3334" w:rsidRDefault="00000000">
      <w:pPr>
        <w:spacing w:after="0"/>
        <w:ind w:left="-567"/>
        <w:rPr>
          <w:rFonts w:ascii="Avenir Next LT Pro" w:eastAsia="Arial" w:hAnsi="Avenir Next LT Pro" w:cs="Arial"/>
          <w:sz w:val="20"/>
          <w:szCs w:val="20"/>
        </w:rPr>
      </w:pPr>
      <w:r w:rsidRPr="00AF3334">
        <w:rPr>
          <w:rFonts w:ascii="Avenir Next LT Pro" w:eastAsia="Arial" w:hAnsi="Avenir Next LT Pro" w:cs="Arial"/>
          <w:sz w:val="20"/>
          <w:szCs w:val="20"/>
        </w:rPr>
        <w:t>-A copy of the Protocol for Payment and Refund of Fees can be found at: www.evolutionschool.co.nz</w:t>
      </w:r>
    </w:p>
    <w:p w14:paraId="5E8D77D2" w14:textId="77777777" w:rsidR="005600B5" w:rsidRPr="00AF3334" w:rsidRDefault="005600B5">
      <w:pPr>
        <w:ind w:left="-567" w:firstLine="567"/>
        <w:rPr>
          <w:rFonts w:ascii="Avenir Next LT Pro" w:eastAsia="Arial" w:hAnsi="Avenir Next LT Pro" w:cs="Arial"/>
          <w:sz w:val="20"/>
          <w:szCs w:val="20"/>
        </w:rPr>
      </w:pPr>
    </w:p>
    <w:p w14:paraId="743A92E5" w14:textId="77777777" w:rsidR="005600B5" w:rsidRPr="00AF3334" w:rsidRDefault="005600B5">
      <w:pPr>
        <w:ind w:left="-567" w:firstLine="567"/>
        <w:rPr>
          <w:rFonts w:ascii="Avenir Next LT Pro" w:eastAsia="Arial" w:hAnsi="Avenir Next LT Pro" w:cs="Arial"/>
          <w:sz w:val="20"/>
          <w:szCs w:val="20"/>
        </w:rPr>
      </w:pPr>
    </w:p>
    <w:p w14:paraId="062252B5" w14:textId="77777777" w:rsidR="005600B5" w:rsidRPr="00AF3334" w:rsidRDefault="00000000">
      <w:pPr>
        <w:ind w:left="-567"/>
        <w:rPr>
          <w:rFonts w:ascii="Avenir Next LT Pro" w:eastAsia="Arial" w:hAnsi="Avenir Next LT Pro" w:cs="Arial"/>
          <w:b/>
          <w:bCs/>
          <w:sz w:val="20"/>
          <w:szCs w:val="20"/>
        </w:rPr>
      </w:pPr>
      <w:r w:rsidRPr="00AF3334">
        <w:rPr>
          <w:rFonts w:ascii="Avenir Next LT Pro" w:eastAsia="Arial" w:hAnsi="Avenir Next LT Pro" w:cs="Arial"/>
          <w:b/>
          <w:bCs/>
          <w:sz w:val="20"/>
          <w:szCs w:val="20"/>
        </w:rPr>
        <w:t>REFUND SUMMARY</w:t>
      </w:r>
    </w:p>
    <w:tbl>
      <w:tblPr>
        <w:tblStyle w:val="a0"/>
        <w:tblW w:w="10065" w:type="dxa"/>
        <w:tblInd w:w="-4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30"/>
        <w:gridCol w:w="1410"/>
        <w:gridCol w:w="1560"/>
        <w:gridCol w:w="2400"/>
        <w:gridCol w:w="1365"/>
      </w:tblGrid>
      <w:tr w:rsidR="00AF3334" w:rsidRPr="00AF3334" w14:paraId="6B2A77DF" w14:textId="77777777">
        <w:tc>
          <w:tcPr>
            <w:tcW w:w="3330" w:type="dxa"/>
          </w:tcPr>
          <w:p w14:paraId="6DCB9270"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DATE OF REFUND</w:t>
            </w:r>
          </w:p>
          <w:p w14:paraId="35BDC4BB"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REQUEST</w:t>
            </w:r>
          </w:p>
        </w:tc>
        <w:tc>
          <w:tcPr>
            <w:tcW w:w="1410" w:type="dxa"/>
          </w:tcPr>
          <w:p w14:paraId="4C30FF18"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EFFECT</w:t>
            </w:r>
          </w:p>
        </w:tc>
        <w:tc>
          <w:tcPr>
            <w:tcW w:w="1560" w:type="dxa"/>
          </w:tcPr>
          <w:p w14:paraId="0EB7084C"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REFUND</w:t>
            </w:r>
          </w:p>
          <w:p w14:paraId="1EC61784"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DUE</w:t>
            </w:r>
          </w:p>
        </w:tc>
        <w:tc>
          <w:tcPr>
            <w:tcW w:w="2400" w:type="dxa"/>
          </w:tcPr>
          <w:p w14:paraId="3080D681"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ADMINISTRATION</w:t>
            </w:r>
          </w:p>
          <w:p w14:paraId="59B1EB81"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FEE</w:t>
            </w:r>
          </w:p>
        </w:tc>
        <w:tc>
          <w:tcPr>
            <w:tcW w:w="1365" w:type="dxa"/>
          </w:tcPr>
          <w:p w14:paraId="19A48922"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ACADEMIC</w:t>
            </w:r>
          </w:p>
          <w:p w14:paraId="582DABF3" w14:textId="77777777" w:rsidR="005600B5" w:rsidRPr="00AF3334" w:rsidRDefault="00000000">
            <w:pPr>
              <w:ind w:left="-567" w:firstLine="567"/>
              <w:jc w:val="center"/>
              <w:rPr>
                <w:rFonts w:ascii="Avenir Next LT Pro" w:eastAsia="Arial" w:hAnsi="Avenir Next LT Pro" w:cs="Arial"/>
                <w:b/>
                <w:bCs/>
                <w:sz w:val="20"/>
                <w:szCs w:val="20"/>
              </w:rPr>
            </w:pPr>
            <w:r w:rsidRPr="00AF3334">
              <w:rPr>
                <w:rFonts w:ascii="Avenir Next LT Pro" w:eastAsia="Arial" w:hAnsi="Avenir Next LT Pro" w:cs="Arial"/>
                <w:b/>
                <w:bCs/>
                <w:sz w:val="20"/>
                <w:szCs w:val="20"/>
              </w:rPr>
              <w:t>RESULT</w:t>
            </w:r>
          </w:p>
        </w:tc>
      </w:tr>
      <w:tr w:rsidR="00AF3334" w:rsidRPr="00AF3334" w14:paraId="5BD7A0A4" w14:textId="77777777">
        <w:tc>
          <w:tcPr>
            <w:tcW w:w="3330" w:type="dxa"/>
          </w:tcPr>
          <w:p w14:paraId="574583BF" w14:textId="77777777" w:rsidR="005600B5" w:rsidRPr="00AF3334" w:rsidRDefault="00000000">
            <w:pPr>
              <w:ind w:left="90" w:firstLine="30"/>
              <w:rPr>
                <w:rFonts w:ascii="Avenir Next LT Pro" w:eastAsia="Arial" w:hAnsi="Avenir Next LT Pro" w:cs="Arial"/>
                <w:sz w:val="20"/>
                <w:szCs w:val="20"/>
              </w:rPr>
            </w:pPr>
            <w:r w:rsidRPr="00AF3334">
              <w:rPr>
                <w:rFonts w:ascii="Avenir Next LT Pro" w:eastAsia="Arial" w:hAnsi="Avenir Next LT Pro" w:cs="Arial"/>
                <w:sz w:val="20"/>
                <w:szCs w:val="20"/>
              </w:rPr>
              <w:t>Up to the start of the programme</w:t>
            </w:r>
          </w:p>
        </w:tc>
        <w:tc>
          <w:tcPr>
            <w:tcW w:w="1410" w:type="dxa"/>
          </w:tcPr>
          <w:p w14:paraId="20DC1938"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Cancellation</w:t>
            </w:r>
          </w:p>
        </w:tc>
        <w:tc>
          <w:tcPr>
            <w:tcW w:w="1560" w:type="dxa"/>
          </w:tcPr>
          <w:p w14:paraId="36C04339"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100%</w:t>
            </w:r>
          </w:p>
          <w:p w14:paraId="08DFBF4C"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w:t>
            </w:r>
            <w:proofErr w:type="gramStart"/>
            <w:r w:rsidRPr="00AF3334">
              <w:rPr>
                <w:rFonts w:ascii="Avenir Next LT Pro" w:eastAsia="Arial" w:hAnsi="Avenir Next LT Pro" w:cs="Arial"/>
                <w:sz w:val="20"/>
                <w:szCs w:val="20"/>
              </w:rPr>
              <w:t>less</w:t>
            </w:r>
            <w:proofErr w:type="gramEnd"/>
            <w:r w:rsidRPr="00AF3334">
              <w:rPr>
                <w:rFonts w:ascii="Avenir Next LT Pro" w:eastAsia="Arial" w:hAnsi="Avenir Next LT Pro" w:cs="Arial"/>
                <w:sz w:val="20"/>
                <w:szCs w:val="20"/>
              </w:rPr>
              <w:t xml:space="preserve"> admin.</w:t>
            </w:r>
          </w:p>
          <w:p w14:paraId="0ABA7512"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fee)</w:t>
            </w:r>
          </w:p>
        </w:tc>
        <w:tc>
          <w:tcPr>
            <w:tcW w:w="2400" w:type="dxa"/>
          </w:tcPr>
          <w:p w14:paraId="2E29D855" w14:textId="77777777" w:rsidR="005600B5" w:rsidRPr="00AF3334" w:rsidRDefault="00000000">
            <w:pPr>
              <w:rPr>
                <w:rFonts w:ascii="Avenir Next LT Pro" w:eastAsia="Arial" w:hAnsi="Avenir Next LT Pro" w:cs="Arial"/>
                <w:sz w:val="20"/>
                <w:szCs w:val="20"/>
              </w:rPr>
            </w:pPr>
            <w:r w:rsidRPr="00AF3334">
              <w:rPr>
                <w:rFonts w:ascii="Avenir Next LT Pro" w:eastAsia="Arial" w:hAnsi="Avenir Next LT Pro" w:cs="Arial"/>
                <w:sz w:val="20"/>
                <w:szCs w:val="20"/>
              </w:rPr>
              <w:t>Up to 10% of any amount already paid or $500, whichever is less.</w:t>
            </w:r>
          </w:p>
        </w:tc>
        <w:tc>
          <w:tcPr>
            <w:tcW w:w="1365" w:type="dxa"/>
          </w:tcPr>
          <w:p w14:paraId="165CEF7A"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No result</w:t>
            </w:r>
          </w:p>
          <w:p w14:paraId="065BD073"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recorded</w:t>
            </w:r>
          </w:p>
          <w:p w14:paraId="0B5876F1" w14:textId="77777777" w:rsidR="005600B5" w:rsidRPr="00AF3334" w:rsidRDefault="005600B5">
            <w:pPr>
              <w:ind w:left="-567" w:firstLine="567"/>
              <w:rPr>
                <w:rFonts w:ascii="Avenir Next LT Pro" w:eastAsia="Arial" w:hAnsi="Avenir Next LT Pro" w:cs="Arial"/>
                <w:sz w:val="20"/>
                <w:szCs w:val="20"/>
              </w:rPr>
            </w:pPr>
          </w:p>
        </w:tc>
      </w:tr>
      <w:tr w:rsidR="00AF3334" w:rsidRPr="00AF3334" w14:paraId="04286028" w14:textId="77777777">
        <w:tc>
          <w:tcPr>
            <w:tcW w:w="3330" w:type="dxa"/>
          </w:tcPr>
          <w:p w14:paraId="7A3A8A0B" w14:textId="77777777" w:rsidR="005600B5" w:rsidRPr="00AF3334" w:rsidRDefault="00000000">
            <w:pPr>
              <w:ind w:left="90"/>
              <w:rPr>
                <w:rFonts w:ascii="Avenir Next LT Pro" w:eastAsia="Arial" w:hAnsi="Avenir Next LT Pro" w:cs="Arial"/>
                <w:sz w:val="20"/>
                <w:szCs w:val="20"/>
              </w:rPr>
            </w:pPr>
            <w:r w:rsidRPr="00AF3334">
              <w:rPr>
                <w:rFonts w:ascii="Avenir Next LT Pro" w:eastAsia="Arial" w:hAnsi="Avenir Next LT Pro" w:cs="Arial"/>
                <w:sz w:val="20"/>
                <w:szCs w:val="20"/>
              </w:rPr>
              <w:t>Up until the end of the 10th working day after programme commencement</w:t>
            </w:r>
          </w:p>
        </w:tc>
        <w:tc>
          <w:tcPr>
            <w:tcW w:w="1410" w:type="dxa"/>
          </w:tcPr>
          <w:p w14:paraId="32CEB95D"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Cancellation</w:t>
            </w:r>
          </w:p>
        </w:tc>
        <w:tc>
          <w:tcPr>
            <w:tcW w:w="1560" w:type="dxa"/>
          </w:tcPr>
          <w:p w14:paraId="3FA9F7E2"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100%</w:t>
            </w:r>
          </w:p>
          <w:p w14:paraId="76975D6F"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w:t>
            </w:r>
            <w:proofErr w:type="gramStart"/>
            <w:r w:rsidRPr="00AF3334">
              <w:rPr>
                <w:rFonts w:ascii="Avenir Next LT Pro" w:eastAsia="Arial" w:hAnsi="Avenir Next LT Pro" w:cs="Arial"/>
                <w:sz w:val="20"/>
                <w:szCs w:val="20"/>
              </w:rPr>
              <w:t>less</w:t>
            </w:r>
            <w:proofErr w:type="gramEnd"/>
            <w:r w:rsidRPr="00AF3334">
              <w:rPr>
                <w:rFonts w:ascii="Avenir Next LT Pro" w:eastAsia="Arial" w:hAnsi="Avenir Next LT Pro" w:cs="Arial"/>
                <w:sz w:val="20"/>
                <w:szCs w:val="20"/>
              </w:rPr>
              <w:t xml:space="preserve"> admin.</w:t>
            </w:r>
          </w:p>
          <w:p w14:paraId="27E85E57"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fee)</w:t>
            </w:r>
          </w:p>
          <w:p w14:paraId="1878028E" w14:textId="77777777" w:rsidR="005600B5" w:rsidRPr="00AF3334" w:rsidRDefault="005600B5">
            <w:pPr>
              <w:ind w:left="-567" w:firstLine="567"/>
              <w:rPr>
                <w:rFonts w:ascii="Avenir Next LT Pro" w:eastAsia="Arial" w:hAnsi="Avenir Next LT Pro" w:cs="Arial"/>
                <w:sz w:val="20"/>
                <w:szCs w:val="20"/>
              </w:rPr>
            </w:pPr>
          </w:p>
        </w:tc>
        <w:tc>
          <w:tcPr>
            <w:tcW w:w="2400" w:type="dxa"/>
          </w:tcPr>
          <w:p w14:paraId="4F06B7FC" w14:textId="77777777" w:rsidR="005600B5" w:rsidRPr="00AF3334" w:rsidRDefault="00000000">
            <w:pPr>
              <w:rPr>
                <w:rFonts w:ascii="Avenir Next LT Pro" w:eastAsia="Arial" w:hAnsi="Avenir Next LT Pro" w:cs="Arial"/>
                <w:sz w:val="20"/>
                <w:szCs w:val="20"/>
              </w:rPr>
            </w:pPr>
            <w:r w:rsidRPr="00AF3334">
              <w:rPr>
                <w:rFonts w:ascii="Avenir Next LT Pro" w:eastAsia="Arial" w:hAnsi="Avenir Next LT Pro" w:cs="Arial"/>
                <w:sz w:val="20"/>
                <w:szCs w:val="20"/>
              </w:rPr>
              <w:t>Up to 10% of any amount already paid or $500, whichever is less.</w:t>
            </w:r>
          </w:p>
        </w:tc>
        <w:tc>
          <w:tcPr>
            <w:tcW w:w="1365" w:type="dxa"/>
          </w:tcPr>
          <w:p w14:paraId="4FCD1371"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No result</w:t>
            </w:r>
          </w:p>
          <w:p w14:paraId="096FA82D"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recorded</w:t>
            </w:r>
          </w:p>
          <w:p w14:paraId="1B937CD3" w14:textId="77777777" w:rsidR="005600B5" w:rsidRPr="00AF3334" w:rsidRDefault="005600B5">
            <w:pPr>
              <w:ind w:left="-567" w:firstLine="567"/>
              <w:rPr>
                <w:rFonts w:ascii="Avenir Next LT Pro" w:eastAsia="Arial" w:hAnsi="Avenir Next LT Pro" w:cs="Arial"/>
                <w:sz w:val="20"/>
                <w:szCs w:val="20"/>
              </w:rPr>
            </w:pPr>
          </w:p>
        </w:tc>
      </w:tr>
      <w:tr w:rsidR="00AF3334" w:rsidRPr="00AF3334" w14:paraId="0053225E" w14:textId="77777777">
        <w:tc>
          <w:tcPr>
            <w:tcW w:w="3330" w:type="dxa"/>
          </w:tcPr>
          <w:p w14:paraId="1BFD862C" w14:textId="77777777" w:rsidR="005600B5" w:rsidRPr="00AF3334" w:rsidRDefault="00000000">
            <w:pPr>
              <w:ind w:left="90"/>
              <w:rPr>
                <w:rFonts w:ascii="Avenir Next LT Pro" w:eastAsia="Arial" w:hAnsi="Avenir Next LT Pro" w:cs="Arial"/>
                <w:sz w:val="20"/>
                <w:szCs w:val="20"/>
              </w:rPr>
            </w:pPr>
            <w:r w:rsidRPr="00AF3334">
              <w:rPr>
                <w:rFonts w:ascii="Avenir Next LT Pro" w:eastAsia="Arial" w:hAnsi="Avenir Next LT Pro" w:cs="Arial"/>
                <w:sz w:val="20"/>
                <w:szCs w:val="20"/>
              </w:rPr>
              <w:t>From the 11th working day after programme commencement and up to 75% of the programme duration completed</w:t>
            </w:r>
          </w:p>
        </w:tc>
        <w:tc>
          <w:tcPr>
            <w:tcW w:w="1410" w:type="dxa"/>
          </w:tcPr>
          <w:p w14:paraId="6810FCD4"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Withdrawal</w:t>
            </w:r>
          </w:p>
        </w:tc>
        <w:tc>
          <w:tcPr>
            <w:tcW w:w="1560" w:type="dxa"/>
          </w:tcPr>
          <w:p w14:paraId="6EC04FB8"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NIL</w:t>
            </w:r>
          </w:p>
        </w:tc>
        <w:tc>
          <w:tcPr>
            <w:tcW w:w="2400" w:type="dxa"/>
          </w:tcPr>
          <w:p w14:paraId="62BF259A"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NIL</w:t>
            </w:r>
          </w:p>
        </w:tc>
        <w:tc>
          <w:tcPr>
            <w:tcW w:w="1365" w:type="dxa"/>
          </w:tcPr>
          <w:p w14:paraId="5A12642E"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‘Withdrawn’</w:t>
            </w:r>
          </w:p>
          <w:p w14:paraId="0E9A0D62"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result</w:t>
            </w:r>
          </w:p>
          <w:p w14:paraId="470025D1"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recorded</w:t>
            </w:r>
          </w:p>
          <w:p w14:paraId="6BB7AC1F" w14:textId="77777777" w:rsidR="005600B5" w:rsidRPr="00AF3334" w:rsidRDefault="005600B5">
            <w:pPr>
              <w:ind w:left="-567" w:firstLine="567"/>
              <w:rPr>
                <w:rFonts w:ascii="Avenir Next LT Pro" w:eastAsia="Arial" w:hAnsi="Avenir Next LT Pro" w:cs="Arial"/>
                <w:sz w:val="20"/>
                <w:szCs w:val="20"/>
              </w:rPr>
            </w:pPr>
          </w:p>
        </w:tc>
      </w:tr>
      <w:tr w:rsidR="00AF3334" w:rsidRPr="00AF3334" w14:paraId="4E1BE887" w14:textId="77777777">
        <w:tc>
          <w:tcPr>
            <w:tcW w:w="3330" w:type="dxa"/>
          </w:tcPr>
          <w:p w14:paraId="105A226E" w14:textId="77777777" w:rsidR="005600B5" w:rsidRPr="00AF3334" w:rsidRDefault="00000000">
            <w:pPr>
              <w:ind w:left="90"/>
              <w:rPr>
                <w:rFonts w:ascii="Avenir Next LT Pro" w:eastAsia="Arial" w:hAnsi="Avenir Next LT Pro" w:cs="Arial"/>
                <w:sz w:val="20"/>
                <w:szCs w:val="20"/>
              </w:rPr>
            </w:pPr>
            <w:r w:rsidRPr="00AF3334">
              <w:rPr>
                <w:rFonts w:ascii="Avenir Next LT Pro" w:eastAsia="Arial" w:hAnsi="Avenir Next LT Pro" w:cs="Arial"/>
                <w:sz w:val="20"/>
                <w:szCs w:val="20"/>
              </w:rPr>
              <w:t>After 75% of class</w:t>
            </w:r>
          </w:p>
          <w:p w14:paraId="6CE784DD" w14:textId="77777777" w:rsidR="005600B5" w:rsidRPr="00AF3334" w:rsidRDefault="00000000">
            <w:pPr>
              <w:ind w:left="90"/>
              <w:rPr>
                <w:rFonts w:ascii="Avenir Next LT Pro" w:eastAsia="Arial" w:hAnsi="Avenir Next LT Pro" w:cs="Arial"/>
                <w:sz w:val="20"/>
                <w:szCs w:val="20"/>
              </w:rPr>
            </w:pPr>
            <w:r w:rsidRPr="00AF3334">
              <w:rPr>
                <w:rFonts w:ascii="Avenir Next LT Pro" w:eastAsia="Arial" w:hAnsi="Avenir Next LT Pro" w:cs="Arial"/>
                <w:sz w:val="20"/>
                <w:szCs w:val="20"/>
              </w:rPr>
              <w:t>duration completed</w:t>
            </w:r>
          </w:p>
          <w:p w14:paraId="08E1159F" w14:textId="77777777" w:rsidR="005600B5" w:rsidRPr="00AF3334" w:rsidRDefault="005600B5">
            <w:pPr>
              <w:ind w:left="90"/>
              <w:rPr>
                <w:rFonts w:ascii="Avenir Next LT Pro" w:eastAsia="Arial" w:hAnsi="Avenir Next LT Pro" w:cs="Arial"/>
                <w:sz w:val="20"/>
                <w:szCs w:val="20"/>
              </w:rPr>
            </w:pPr>
          </w:p>
        </w:tc>
        <w:tc>
          <w:tcPr>
            <w:tcW w:w="1410" w:type="dxa"/>
          </w:tcPr>
          <w:p w14:paraId="3E0719B4"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No change</w:t>
            </w:r>
          </w:p>
        </w:tc>
        <w:tc>
          <w:tcPr>
            <w:tcW w:w="1560" w:type="dxa"/>
          </w:tcPr>
          <w:p w14:paraId="3171D6EC"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NIL</w:t>
            </w:r>
          </w:p>
        </w:tc>
        <w:tc>
          <w:tcPr>
            <w:tcW w:w="2400" w:type="dxa"/>
          </w:tcPr>
          <w:p w14:paraId="774EEEFA"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NIL</w:t>
            </w:r>
          </w:p>
        </w:tc>
        <w:tc>
          <w:tcPr>
            <w:tcW w:w="1365" w:type="dxa"/>
          </w:tcPr>
          <w:p w14:paraId="2A32E575"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‘Did Not</w:t>
            </w:r>
          </w:p>
          <w:p w14:paraId="7D997E0F"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Complete’</w:t>
            </w:r>
          </w:p>
          <w:p w14:paraId="04860D60"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result</w:t>
            </w:r>
          </w:p>
          <w:p w14:paraId="25BBBC2C" w14:textId="77777777" w:rsidR="005600B5" w:rsidRPr="00AF3334" w:rsidRDefault="00000000">
            <w:pPr>
              <w:ind w:left="-567" w:firstLine="567"/>
              <w:rPr>
                <w:rFonts w:ascii="Avenir Next LT Pro" w:eastAsia="Arial" w:hAnsi="Avenir Next LT Pro" w:cs="Arial"/>
                <w:sz w:val="20"/>
                <w:szCs w:val="20"/>
              </w:rPr>
            </w:pPr>
            <w:r w:rsidRPr="00AF3334">
              <w:rPr>
                <w:rFonts w:ascii="Avenir Next LT Pro" w:eastAsia="Arial" w:hAnsi="Avenir Next LT Pro" w:cs="Arial"/>
                <w:sz w:val="20"/>
                <w:szCs w:val="20"/>
              </w:rPr>
              <w:t>recorded</w:t>
            </w:r>
          </w:p>
          <w:p w14:paraId="2E2EA27A" w14:textId="77777777" w:rsidR="005600B5" w:rsidRPr="00AF3334" w:rsidRDefault="005600B5">
            <w:pPr>
              <w:ind w:left="-567" w:firstLine="567"/>
              <w:rPr>
                <w:rFonts w:ascii="Avenir Next LT Pro" w:eastAsia="Arial" w:hAnsi="Avenir Next LT Pro" w:cs="Arial"/>
                <w:sz w:val="20"/>
                <w:szCs w:val="20"/>
              </w:rPr>
            </w:pPr>
          </w:p>
        </w:tc>
      </w:tr>
    </w:tbl>
    <w:p w14:paraId="1FB46474" w14:textId="77777777" w:rsidR="005600B5" w:rsidRPr="00AF3334" w:rsidRDefault="00000000">
      <w:pPr>
        <w:ind w:left="-567"/>
        <w:rPr>
          <w:rFonts w:ascii="Avenir Next LT Pro" w:eastAsia="Arial" w:hAnsi="Avenir Next LT Pro" w:cs="Arial"/>
          <w:sz w:val="20"/>
          <w:szCs w:val="20"/>
        </w:rPr>
      </w:pPr>
      <w:r w:rsidRPr="00AF3334">
        <w:rPr>
          <w:rFonts w:ascii="Avenir Next LT Pro" w:eastAsia="Arial" w:hAnsi="Avenir Next LT Pro" w:cs="Arial"/>
          <w:sz w:val="20"/>
          <w:szCs w:val="20"/>
        </w:rPr>
        <w:t>Please note: The date the International Student Refund Application is received by Evolution School will be the date used to calculate a refund (not the last day of attendance at class). A refund will take a minimum of three weeks to process. Evolution School reserves the right to request additional supporting information before any refund request is considered. The $150 enrolment fee is non-refundable in all circumstances.</w:t>
      </w:r>
    </w:p>
    <w:p w14:paraId="667E6EB6" w14:textId="77777777" w:rsidR="005600B5" w:rsidRPr="00AF3334" w:rsidRDefault="005600B5">
      <w:pPr>
        <w:ind w:left="-567"/>
        <w:rPr>
          <w:rFonts w:ascii="Avenir Next LT Pro" w:eastAsia="Arial" w:hAnsi="Avenir Next LT Pro" w:cs="Arial"/>
          <w:sz w:val="20"/>
          <w:szCs w:val="20"/>
        </w:rPr>
      </w:pPr>
    </w:p>
    <w:p w14:paraId="1B6A1B47" w14:textId="77777777" w:rsidR="005600B5" w:rsidRPr="00AF3334" w:rsidRDefault="005600B5">
      <w:pPr>
        <w:ind w:left="-567"/>
        <w:rPr>
          <w:rFonts w:ascii="Avenir Next LT Pro" w:eastAsia="Arial" w:hAnsi="Avenir Next LT Pro" w:cs="Arial"/>
          <w:sz w:val="20"/>
          <w:szCs w:val="20"/>
        </w:rPr>
      </w:pPr>
    </w:p>
    <w:sectPr w:rsidR="005600B5" w:rsidRPr="00AF3334">
      <w:headerReference w:type="default" r:id="rId14"/>
      <w:footerReference w:type="even" r:id="rId15"/>
      <w:footerReference w:type="default" r:id="rId16"/>
      <w:pgSz w:w="12240" w:h="15840"/>
      <w:pgMar w:top="474" w:right="943" w:bottom="552" w:left="165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48F7E" w14:textId="77777777" w:rsidR="0089111A" w:rsidRDefault="0089111A">
      <w:pPr>
        <w:spacing w:after="0" w:line="240" w:lineRule="auto"/>
      </w:pPr>
      <w:r>
        <w:separator/>
      </w:r>
    </w:p>
  </w:endnote>
  <w:endnote w:type="continuationSeparator" w:id="0">
    <w:p w14:paraId="666C07F5" w14:textId="77777777" w:rsidR="0089111A" w:rsidRDefault="00891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embedRegular r:id="rId1" w:fontKey="{AE8B045D-C335-4398-8666-5ADF25E52DC7}"/>
    <w:embedBold r:id="rId2" w:fontKey="{E01AC1EC-7B9F-4C26-BADE-96A2781D96BC}"/>
    <w:embedItalic r:id="rId3" w:fontKey="{D06C06EE-9F6F-4317-A0C7-235BC7DA4D18}"/>
    <w:embedBoldItalic r:id="rId4" w:fontKey="{02753785-E16D-4939-A2E2-6D4E93E11FAE}"/>
  </w:font>
  <w:font w:name="Calibri">
    <w:panose1 w:val="020F0502020204030204"/>
    <w:charset w:val="00"/>
    <w:family w:val="swiss"/>
    <w:pitch w:val="variable"/>
    <w:sig w:usb0="E4002EFF" w:usb1="C200247B" w:usb2="00000009" w:usb3="00000000" w:csb0="000001FF" w:csb1="00000000"/>
    <w:embedRegular r:id="rId5" w:fontKey="{17EA1184-4146-4C8A-A0D5-41D132FDA423}"/>
    <w:embedBold r:id="rId6" w:fontKey="{22E135DD-9D1B-45F1-92D6-CB166455E1B5}"/>
    <w:embedItalic r:id="rId7" w:fontKey="{15B431BD-2FAC-4BF0-B6C7-70803A49F06D}"/>
    <w:embedBoldItalic r:id="rId8" w:fontKey="{D2F99054-08AD-427A-9013-FB116D55F4E7}"/>
  </w:font>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embedRegular r:id="rId9" w:fontKey="{DEB5AD22-E398-46F2-A34B-E87903E11C0A}"/>
  </w:font>
  <w:font w:name="Avenir Next LT Pro">
    <w:charset w:val="00"/>
    <w:family w:val="swiss"/>
    <w:pitch w:val="variable"/>
    <w:sig w:usb0="800000EF" w:usb1="5000204A" w:usb2="00000000" w:usb3="00000000" w:csb0="00000093" w:csb1="00000000"/>
    <w:embedRegular r:id="rId10" w:fontKey="{2CF3F934-E4A2-4812-8256-9699D378EB6B}"/>
    <w:embedBold r:id="rId11" w:fontKey="{0ED04BD1-1815-4CD9-9A6F-D0BD8DD5481C}"/>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FBD2A" w14:textId="77777777" w:rsidR="005600B5" w:rsidRDefault="00000000">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6D8D837" w14:textId="77777777" w:rsidR="005600B5" w:rsidRDefault="005600B5">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188439"/>
      <w:docPartObj>
        <w:docPartGallery w:val="Page Numbers (Bottom of Page)"/>
        <w:docPartUnique/>
      </w:docPartObj>
    </w:sdtPr>
    <w:sdtContent>
      <w:sdt>
        <w:sdtPr>
          <w:id w:val="-1769616900"/>
          <w:docPartObj>
            <w:docPartGallery w:val="Page Numbers (Top of Page)"/>
            <w:docPartUnique/>
          </w:docPartObj>
        </w:sdtPr>
        <w:sdtContent>
          <w:p w14:paraId="107C2E4C" w14:textId="3C36EE70" w:rsidR="00AF3334" w:rsidRDefault="00AF333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1461577" w14:textId="77777777" w:rsidR="005600B5" w:rsidRDefault="005600B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E64B3" w14:textId="77777777" w:rsidR="0089111A" w:rsidRDefault="0089111A">
      <w:pPr>
        <w:spacing w:after="0" w:line="240" w:lineRule="auto"/>
      </w:pPr>
      <w:r>
        <w:separator/>
      </w:r>
    </w:p>
  </w:footnote>
  <w:footnote w:type="continuationSeparator" w:id="0">
    <w:p w14:paraId="24342B04" w14:textId="77777777" w:rsidR="0089111A" w:rsidRDefault="008911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64EE7" w14:textId="3DFC1042" w:rsidR="00AF3334" w:rsidRDefault="00AF3334">
    <w:pPr>
      <w:pStyle w:val="Header"/>
    </w:pPr>
    <w:r>
      <w:rPr>
        <w:noProof/>
      </w:rPr>
      <w:drawing>
        <wp:inline distT="0" distB="0" distL="0" distR="0" wp14:anchorId="0CADFE0B" wp14:editId="6FD239F7">
          <wp:extent cx="981228" cy="654050"/>
          <wp:effectExtent l="0" t="0" r="9525" b="0"/>
          <wp:docPr id="1192787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787483" name="Picture 1192787483"/>
                  <pic:cNvPicPr/>
                </pic:nvPicPr>
                <pic:blipFill>
                  <a:blip r:embed="rId1">
                    <a:extLst>
                      <a:ext uri="{28A0092B-C50C-407E-A947-70E740481C1C}">
                        <a14:useLocalDpi xmlns:a14="http://schemas.microsoft.com/office/drawing/2010/main" val="0"/>
                      </a:ext>
                    </a:extLst>
                  </a:blip>
                  <a:stretch>
                    <a:fillRect/>
                  </a:stretch>
                </pic:blipFill>
                <pic:spPr>
                  <a:xfrm>
                    <a:off x="0" y="0"/>
                    <a:ext cx="985721" cy="657045"/>
                  </a:xfrm>
                  <a:prstGeom prst="rect">
                    <a:avLst/>
                  </a:prstGeom>
                </pic:spPr>
              </pic:pic>
            </a:graphicData>
          </a:graphic>
        </wp:inline>
      </w:drawing>
    </w:r>
    <w:r>
      <w:t xml:space="preserve">     </w:t>
    </w:r>
    <w:r w:rsidRPr="00AF3334">
      <w:rPr>
        <w:rFonts w:ascii="Avenir Next LT Pro" w:hAnsi="Avenir Next LT Pro"/>
        <w:b/>
        <w:bCs/>
        <w:sz w:val="24"/>
        <w:szCs w:val="24"/>
      </w:rPr>
      <w:t>International Student 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A35B4"/>
    <w:multiLevelType w:val="multilevel"/>
    <w:tmpl w:val="F370B93C"/>
    <w:lvl w:ilvl="0">
      <w:start w:val="7"/>
      <w:numFmt w:val="decimal"/>
      <w:pStyle w:val="ListBullet2"/>
      <w:lvlText w:val="%1."/>
      <w:lvlJc w:val="left"/>
      <w:pPr>
        <w:ind w:left="-207" w:hanging="360"/>
      </w:pPr>
    </w:lvl>
    <w:lvl w:ilvl="1">
      <w:start w:val="1"/>
      <w:numFmt w:val="lowerLetter"/>
      <w:lvlText w:val="%2."/>
      <w:lvlJc w:val="left"/>
      <w:pPr>
        <w:ind w:left="513" w:hanging="360"/>
      </w:pPr>
    </w:lvl>
    <w:lvl w:ilvl="2">
      <w:start w:val="1"/>
      <w:numFmt w:val="lowerRoman"/>
      <w:lvlText w:val="%3."/>
      <w:lvlJc w:val="right"/>
      <w:pPr>
        <w:ind w:left="1233" w:hanging="180"/>
      </w:pPr>
    </w:lvl>
    <w:lvl w:ilvl="3">
      <w:start w:val="1"/>
      <w:numFmt w:val="decimal"/>
      <w:lvlText w:val="%4."/>
      <w:lvlJc w:val="left"/>
      <w:pPr>
        <w:ind w:left="1953" w:hanging="360"/>
      </w:pPr>
    </w:lvl>
    <w:lvl w:ilvl="4">
      <w:start w:val="1"/>
      <w:numFmt w:val="lowerLetter"/>
      <w:lvlText w:val="%5."/>
      <w:lvlJc w:val="left"/>
      <w:pPr>
        <w:ind w:left="2673" w:hanging="360"/>
      </w:pPr>
    </w:lvl>
    <w:lvl w:ilvl="5">
      <w:start w:val="1"/>
      <w:numFmt w:val="lowerRoman"/>
      <w:lvlText w:val="%6."/>
      <w:lvlJc w:val="right"/>
      <w:pPr>
        <w:ind w:left="3393" w:hanging="180"/>
      </w:pPr>
    </w:lvl>
    <w:lvl w:ilvl="6">
      <w:start w:val="1"/>
      <w:numFmt w:val="decimal"/>
      <w:lvlText w:val="%7."/>
      <w:lvlJc w:val="left"/>
      <w:pPr>
        <w:ind w:left="4113" w:hanging="360"/>
      </w:pPr>
    </w:lvl>
    <w:lvl w:ilvl="7">
      <w:start w:val="1"/>
      <w:numFmt w:val="lowerLetter"/>
      <w:lvlText w:val="%8."/>
      <w:lvlJc w:val="left"/>
      <w:pPr>
        <w:ind w:left="4833" w:hanging="360"/>
      </w:pPr>
    </w:lvl>
    <w:lvl w:ilvl="8">
      <w:start w:val="1"/>
      <w:numFmt w:val="lowerRoman"/>
      <w:lvlText w:val="%9."/>
      <w:lvlJc w:val="right"/>
      <w:pPr>
        <w:ind w:left="5553" w:hanging="180"/>
      </w:pPr>
    </w:lvl>
  </w:abstractNum>
  <w:abstractNum w:abstractNumId="1" w15:restartNumberingAfterBreak="0">
    <w:nsid w:val="24E9257F"/>
    <w:multiLevelType w:val="multilevel"/>
    <w:tmpl w:val="57BA159C"/>
    <w:lvl w:ilvl="0">
      <w:start w:val="1"/>
      <w:numFmt w:val="decimal"/>
      <w:pStyle w:val="ListBullet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61C9258D"/>
    <w:multiLevelType w:val="multilevel"/>
    <w:tmpl w:val="8B3AC7F0"/>
    <w:lvl w:ilvl="0">
      <w:start w:val="1"/>
      <w:numFmt w:val="decimal"/>
      <w:pStyle w:val="ListBullet"/>
      <w:lvlText w:val="%1."/>
      <w:lvlJc w:val="left"/>
      <w:pPr>
        <w:ind w:left="-207" w:hanging="360"/>
      </w:pPr>
    </w:lvl>
    <w:lvl w:ilvl="1">
      <w:start w:val="1"/>
      <w:numFmt w:val="lowerLetter"/>
      <w:lvlText w:val="%2."/>
      <w:lvlJc w:val="left"/>
      <w:pPr>
        <w:ind w:left="513" w:hanging="360"/>
      </w:pPr>
    </w:lvl>
    <w:lvl w:ilvl="2">
      <w:start w:val="1"/>
      <w:numFmt w:val="lowerRoman"/>
      <w:lvlText w:val="%3."/>
      <w:lvlJc w:val="right"/>
      <w:pPr>
        <w:ind w:left="1233" w:hanging="180"/>
      </w:pPr>
    </w:lvl>
    <w:lvl w:ilvl="3">
      <w:start w:val="1"/>
      <w:numFmt w:val="decimal"/>
      <w:lvlText w:val="%4."/>
      <w:lvlJc w:val="left"/>
      <w:pPr>
        <w:ind w:left="1953" w:hanging="360"/>
      </w:pPr>
    </w:lvl>
    <w:lvl w:ilvl="4">
      <w:start w:val="1"/>
      <w:numFmt w:val="lowerLetter"/>
      <w:lvlText w:val="%5."/>
      <w:lvlJc w:val="left"/>
      <w:pPr>
        <w:ind w:left="2673" w:hanging="360"/>
      </w:pPr>
    </w:lvl>
    <w:lvl w:ilvl="5">
      <w:start w:val="1"/>
      <w:numFmt w:val="lowerRoman"/>
      <w:lvlText w:val="%6."/>
      <w:lvlJc w:val="right"/>
      <w:pPr>
        <w:ind w:left="3393" w:hanging="180"/>
      </w:pPr>
    </w:lvl>
    <w:lvl w:ilvl="6">
      <w:start w:val="1"/>
      <w:numFmt w:val="decimal"/>
      <w:lvlText w:val="%7."/>
      <w:lvlJc w:val="left"/>
      <w:pPr>
        <w:ind w:left="4113" w:hanging="360"/>
      </w:pPr>
    </w:lvl>
    <w:lvl w:ilvl="7">
      <w:start w:val="1"/>
      <w:numFmt w:val="lowerLetter"/>
      <w:lvlText w:val="%8."/>
      <w:lvlJc w:val="left"/>
      <w:pPr>
        <w:ind w:left="4833" w:hanging="360"/>
      </w:pPr>
    </w:lvl>
    <w:lvl w:ilvl="8">
      <w:start w:val="1"/>
      <w:numFmt w:val="lowerRoman"/>
      <w:lvlText w:val="%9."/>
      <w:lvlJc w:val="right"/>
      <w:pPr>
        <w:ind w:left="5553" w:hanging="180"/>
      </w:pPr>
    </w:lvl>
  </w:abstractNum>
  <w:num w:numId="1" w16cid:durableId="1934968753">
    <w:abstractNumId w:val="2"/>
  </w:num>
  <w:num w:numId="2" w16cid:durableId="702941695">
    <w:abstractNumId w:val="0"/>
  </w:num>
  <w:num w:numId="3" w16cid:durableId="924462221">
    <w:abstractNumId w:val="1"/>
  </w:num>
  <w:num w:numId="4" w16cid:durableId="144056074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275464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163085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0B5"/>
    <w:rsid w:val="005600B5"/>
    <w:rsid w:val="0089111A"/>
    <w:rsid w:val="00AF3334"/>
    <w:rsid w:val="00CD4D0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6FD13"/>
  <w15:docId w15:val="{169EE518-86E6-402A-93A4-C6EDDB807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2"/>
        <w:szCs w:val="22"/>
        <w:lang w:val="en" w:eastAsia="en-NZ"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Calibri" w:eastAsia="Calibri" w:hAnsi="Calibri" w:cs="Calibri"/>
      <w:b/>
      <w:bCs/>
      <w:color w:val="366091"/>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Calibri" w:eastAsia="Calibri" w:hAnsi="Calibri" w:cs="Calibri"/>
      <w:b/>
      <w:bCs/>
      <w:color w:val="4F81BD"/>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Calibri" w:eastAsia="Calibri" w:hAnsi="Calibri" w:cs="Calibri"/>
      <w:b/>
      <w:bCs/>
      <w:color w:val="4F81BD"/>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Calibri" w:eastAsia="Calibri" w:hAnsi="Calibri" w:cs="Calibri"/>
      <w:b/>
      <w:bCs/>
      <w:i/>
      <w:iCs/>
      <w:color w:val="4F81BD"/>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Calibri" w:eastAsia="Calibri" w:hAnsi="Calibri" w:cs="Calibri"/>
      <w:color w:val="243F61"/>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Calibri" w:eastAsia="Calibri" w:hAnsi="Calibri" w:cs="Calibri"/>
      <w:i/>
      <w:iCs/>
      <w:color w:val="243F61"/>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pBdr>
        <w:bottom w:val="single" w:sz="8" w:space="4" w:color="4F81BD"/>
      </w:pBdr>
      <w:spacing w:after="300" w:line="240" w:lineRule="auto"/>
    </w:pPr>
    <w:rPr>
      <w:rFonts w:ascii="Calibri" w:eastAsia="Calibri" w:hAnsi="Calibri" w:cs="Calibri"/>
      <w:color w:val="17365D"/>
      <w:sz w:val="52"/>
      <w:szCs w:val="5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B14073"/>
    <w:pPr>
      <w:spacing w:before="100" w:beforeAutospacing="1" w:after="100" w:afterAutospacing="1" w:line="240" w:lineRule="auto"/>
    </w:pPr>
    <w:rPr>
      <w:rFonts w:ascii="Times New Roman" w:eastAsia="Times New Roman" w:hAnsi="Times New Roman" w:cs="Times New Roman"/>
      <w:sz w:val="24"/>
      <w:szCs w:val="24"/>
      <w:lang w:val="en-NZ" w:eastAsia="en-GB"/>
    </w:rPr>
  </w:style>
  <w:style w:type="character" w:customStyle="1" w:styleId="apple-converted-space">
    <w:name w:val="apple-converted-space"/>
    <w:basedOn w:val="DefaultParagraphFont"/>
    <w:rsid w:val="00B14073"/>
  </w:style>
  <w:style w:type="character" w:styleId="PageNumber">
    <w:name w:val="page number"/>
    <w:basedOn w:val="DefaultParagraphFont"/>
    <w:uiPriority w:val="99"/>
    <w:semiHidden/>
    <w:unhideWhenUsed/>
    <w:rsid w:val="00B14073"/>
  </w:style>
  <w:style w:type="character" w:styleId="Hyperlink">
    <w:name w:val="Hyperlink"/>
    <w:basedOn w:val="DefaultParagraphFont"/>
    <w:uiPriority w:val="99"/>
    <w:unhideWhenUsed/>
    <w:rsid w:val="00E31311"/>
    <w:rPr>
      <w:color w:val="0000FF" w:themeColor="hyperlink"/>
      <w:u w:val="single"/>
    </w:rPr>
  </w:style>
  <w:style w:type="character" w:styleId="UnresolvedMention">
    <w:name w:val="Unresolved Mention"/>
    <w:basedOn w:val="DefaultParagraphFont"/>
    <w:uiPriority w:val="99"/>
    <w:semiHidden/>
    <w:unhideWhenUsed/>
    <w:rsid w:val="00E31311"/>
    <w:rPr>
      <w:color w:val="605E5C"/>
      <w:shd w:val="clear" w:color="auto" w:fill="E1DFDD"/>
    </w:rPr>
  </w:style>
  <w:style w:type="paragraph" w:customStyle="1" w:styleId="p1">
    <w:name w:val="p1"/>
    <w:basedOn w:val="Normal"/>
    <w:rsid w:val="00DE3D4A"/>
    <w:pPr>
      <w:spacing w:after="0" w:line="240" w:lineRule="auto"/>
    </w:pPr>
    <w:rPr>
      <w:rFonts w:ascii="Helvetica" w:eastAsia="Times New Roman" w:hAnsi="Helvetica" w:cs="Times New Roman"/>
      <w:color w:val="FFFFFF"/>
      <w:sz w:val="12"/>
      <w:szCs w:val="12"/>
      <w:lang w:val="en-NZ" w:eastAsia="en-GB"/>
    </w:rPr>
  </w:style>
  <w:style w:type="paragraph" w:customStyle="1" w:styleId="p2">
    <w:name w:val="p2"/>
    <w:basedOn w:val="Normal"/>
    <w:rsid w:val="00DE3D4A"/>
    <w:pPr>
      <w:spacing w:after="0" w:line="240" w:lineRule="auto"/>
    </w:pPr>
    <w:rPr>
      <w:rFonts w:ascii="Helvetica" w:eastAsia="Times New Roman" w:hAnsi="Helvetica" w:cs="Times New Roman"/>
      <w:color w:val="000000"/>
      <w:sz w:val="11"/>
      <w:szCs w:val="11"/>
      <w:lang w:val="en-NZ" w:eastAsia="en-GB"/>
    </w:rPr>
  </w:style>
  <w:style w:type="paragraph" w:customStyle="1" w:styleId="p3">
    <w:name w:val="p3"/>
    <w:basedOn w:val="Normal"/>
    <w:rsid w:val="00DE3D4A"/>
    <w:pPr>
      <w:spacing w:after="0" w:line="240" w:lineRule="auto"/>
    </w:pPr>
    <w:rPr>
      <w:rFonts w:ascii="Helvetica" w:eastAsia="Times New Roman" w:hAnsi="Helvetica" w:cs="Times New Roman"/>
      <w:color w:val="000000"/>
      <w:sz w:val="12"/>
      <w:szCs w:val="12"/>
      <w:lang w:val="en-NZ" w:eastAsia="en-GB"/>
    </w:rPr>
  </w:style>
  <w:style w:type="character" w:styleId="FollowedHyperlink">
    <w:name w:val="FollowedHyperlink"/>
    <w:basedOn w:val="DefaultParagraphFont"/>
    <w:uiPriority w:val="99"/>
    <w:semiHidden/>
    <w:unhideWhenUsed/>
    <w:rsid w:val="003E268B"/>
    <w:rPr>
      <w:color w:val="800080" w:themeColor="followedHyperlink"/>
      <w:u w:val="single"/>
    </w:rPr>
  </w:style>
  <w:style w:type="paragraph" w:styleId="Subtitle">
    <w:name w:val="Subtitle"/>
    <w:basedOn w:val="Normal"/>
    <w:next w:val="Normal"/>
    <w:link w:val="SubtitleChar"/>
    <w:uiPriority w:val="11"/>
    <w:qFormat/>
    <w:rPr>
      <w:rFonts w:ascii="Calibri" w:eastAsia="Calibri" w:hAnsi="Calibri" w:cs="Calibri"/>
      <w:i/>
      <w:iCs/>
      <w:color w:val="4F81BD"/>
      <w:sz w:val="24"/>
      <w:szCs w:val="24"/>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2.nzqa.govt.nz/assets/About-us/Our-rules-fees-and-policies/NZQA-Rules/2025/Programme-Approval-Recognition-and-Accreditation-Rules-2025-signed.pdf" TargetMode="External"/><Relationship Id="rId13" Type="http://schemas.openxmlformats.org/officeDocument/2006/relationships/hyperlink" Target="https://www2.nzqa.govt.nz/tertiary/the-co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si.education.govt.nz"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volutionschool.co.nz/internationa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volutionschool.co.nz/international" TargetMode="External"/><Relationship Id="rId4" Type="http://schemas.openxmlformats.org/officeDocument/2006/relationships/settings" Target="settings.xml"/><Relationship Id="rId9" Type="http://schemas.openxmlformats.org/officeDocument/2006/relationships/hyperlink" Target="mailto:evolutionschoolwhg@gmail.com"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iQhD+ZHODiM/UMGGgL/5AqwZNQ==">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3311</Words>
  <Characters>18874</Characters>
  <Application>Microsoft Office Word</Application>
  <DocSecurity>0</DocSecurity>
  <Lines>157</Lines>
  <Paragraphs>44</Paragraphs>
  <ScaleCrop>false</ScaleCrop>
  <Company/>
  <LinksUpToDate>false</LinksUpToDate>
  <CharactersWithSpaces>22141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cp:lastModifiedBy>Evolution School Lorna Clowes</cp:lastModifiedBy>
  <cp:revision>2</cp:revision>
  <dcterms:created xsi:type="dcterms:W3CDTF">2026-03-22T23:26:00Z</dcterms:created>
  <dcterms:modified xsi:type="dcterms:W3CDTF">2026-03-22T23:26:00Z</dcterms:modified>
</cp:coreProperties>
</file>