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rFonts w:ascii="맑은 고딕" w:hAnsi="맑은 고딕" w:eastAsia="맑은 고딕"/>
          <w:color w:val="0078D4"/>
          <w:sz w:val="44"/>
        </w:rPr>
        <w:t>유아이북스 원고 투고 양식</w:t>
      </w:r>
    </w:p>
    <w:p>
      <w:pPr>
        <w:jc w:val="center"/>
      </w:pPr>
      <w:r>
        <w:rPr>
          <w:rFonts w:ascii="맑은 고딕" w:hAnsi="맑은 고딕" w:eastAsia="맑은 고딕"/>
          <w:color w:val="808080"/>
          <w:sz w:val="24"/>
        </w:rPr>
        <w:t>Manuscript Submission Form</w:t>
      </w:r>
    </w:p>
    <w:p/>
    <w:p>
      <w:r>
        <w:rPr>
          <w:color w:val="505050"/>
          <w:sz w:val="20"/>
        </w:rPr>
        <w:t>유아이북스에 원고를 투고해 주셔서 감사합니다.</w:t>
        <w:br/>
        <w:t>아래 양식을 빠짐없이 작성하신 후, 원고 파일과 함께 웹사이트 투고 페이지에서 제출하시거나</w:t>
        <w:br/>
        <w:t>uibooks@uibooks.co.kr로 보내주시기 바랍니다.</w:t>
        <w:br/>
        <w:br/>
        <w:t>검토 기간은 접수일로부터 약 4~6주이며, 결과는 이메일로 안내드립니다.</w:t>
      </w:r>
    </w:p>
    <w:p/>
    <w:p>
      <w:pPr>
        <w:pStyle w:val="Heading1"/>
      </w:pPr>
      <w:r>
        <w:rPr>
          <w:color w:val="0078D4"/>
        </w:rPr>
        <w:t>1. 저자 정보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703"/>
        <w:gridCol w:w="4703"/>
      </w:tblGrid>
      <w:tr>
        <w:tc>
          <w:tcPr>
            <w:tcW w:type="dxa" w:w="2835"/>
          </w:tcPr>
          <w:p>
            <w:r>
              <w:rPr>
                <w:b/>
                <w:sz w:val="20"/>
              </w:rPr>
              <w:t>이름 (필명)</w:t>
            </w:r>
          </w:p>
        </w:tc>
        <w:tc>
          <w:tcPr>
            <w:tcW w:type="dxa" w:w="6236"/>
          </w:tcPr>
          <w:p>
            <w:r/>
          </w:p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이메일 *</w:t>
            </w:r>
          </w:p>
        </w:tc>
        <w:tc>
          <w:tcPr>
            <w:tcW w:type="dxa" w:w="6236"/>
          </w:tcPr>
          <w:p>
            <w:r/>
          </w:p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연락처 (전화번호) *</w:t>
            </w:r>
          </w:p>
        </w:tc>
        <w:tc>
          <w:tcPr>
            <w:tcW w:type="dxa" w:w="6236"/>
          </w:tcPr>
          <w:p>
            <w:r/>
          </w:p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간단한 자기소개</w:t>
              <w:br/>
              <w:t>(경력, 기존 출간 이력 등)</w:t>
            </w:r>
          </w:p>
        </w:tc>
        <w:tc>
          <w:tcPr>
            <w:tcW w:type="dxa" w:w="6236"/>
          </w:tcPr>
          <w:p>
            <w:r>
              <w:br/>
              <w:br/>
              <w:br/>
            </w:r>
          </w:p>
        </w:tc>
      </w:tr>
    </w:tbl>
    <w:p/>
    <w:p>
      <w:pPr>
        <w:pStyle w:val="Heading1"/>
      </w:pPr>
      <w:r>
        <w:rPr>
          <w:color w:val="0078D4"/>
        </w:rPr>
        <w:t>2. 원고 정보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703"/>
        <w:gridCol w:w="4703"/>
      </w:tblGrid>
      <w:tr>
        <w:tc>
          <w:tcPr>
            <w:tcW w:type="dxa" w:w="2835"/>
          </w:tcPr>
          <w:p>
            <w:r>
              <w:rPr>
                <w:b/>
                <w:sz w:val="20"/>
              </w:rPr>
              <w:t>도서 제목 (가제) *</w:t>
            </w:r>
          </w:p>
        </w:tc>
        <w:tc>
          <w:tcPr>
            <w:tcW w:type="dxa" w:w="6236"/>
          </w:tcPr>
          <w:p/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분야 *</w:t>
              <w:br/>
              <w:t>(자기계발/경제경영/인문교양/</w:t>
              <w:br/>
              <w:t>청소년/에세이/기타)</w:t>
            </w:r>
          </w:p>
        </w:tc>
        <w:tc>
          <w:tcPr>
            <w:tcW w:type="dxa" w:w="6236"/>
          </w:tcPr>
          <w:p/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기획 의도 *</w:t>
              <w:br/>
              <w:t>(왜 이 책을 쓰게 되었는지,</w:t>
              <w:br/>
              <w:t>독자에게 전달하고 싶은</w:t>
              <w:br/>
              <w:t>핵심 메시지)</w:t>
            </w:r>
          </w:p>
        </w:tc>
        <w:tc>
          <w:tcPr>
            <w:tcW w:type="dxa" w:w="6236"/>
          </w:tcPr>
          <w:p>
            <w:r>
              <w:br/>
              <w:br/>
              <w:br/>
              <w:br/>
              <w:br/>
            </w:r>
          </w:p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원고 개요 *</w:t>
              <w:br/>
              <w:t>(전체 목차 또는 줄거리 요약)</w:t>
            </w:r>
          </w:p>
        </w:tc>
        <w:tc>
          <w:tcPr>
            <w:tcW w:type="dxa" w:w="6236"/>
          </w:tcPr>
          <w:p>
            <w:r>
              <w:br/>
              <w:br/>
              <w:br/>
              <w:br/>
              <w:br/>
            </w:r>
          </w:p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예상 독자층</w:t>
            </w:r>
          </w:p>
        </w:tc>
        <w:tc>
          <w:tcPr>
            <w:tcW w:type="dxa" w:w="6236"/>
          </w:tcPr>
          <w:p/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원고 완성도 *</w:t>
              <w:br/>
              <w:t>(완성 원고 / 집필 중 / 기획 단계)</w:t>
            </w:r>
          </w:p>
        </w:tc>
        <w:tc>
          <w:tcPr>
            <w:tcW w:type="dxa" w:w="6236"/>
          </w:tcPr>
          <w:p/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예상 분량</w:t>
              <w:br/>
              <w:t>(A4 기준 페이지 수)</w:t>
            </w:r>
          </w:p>
        </w:tc>
        <w:tc>
          <w:tcPr>
            <w:tcW w:type="dxa" w:w="6236"/>
          </w:tcPr>
          <w:p/>
        </w:tc>
      </w:tr>
      <w:tr>
        <w:tc>
          <w:tcPr>
            <w:tcW w:type="dxa" w:w="2835"/>
          </w:tcPr>
          <w:p>
            <w:r>
              <w:rPr>
                <w:b/>
                <w:sz w:val="20"/>
              </w:rPr>
              <w:t>경쟁 도서</w:t>
              <w:br/>
              <w:t>(유사 주제의 기존 도서와 차별점)</w:t>
            </w:r>
          </w:p>
        </w:tc>
        <w:tc>
          <w:tcPr>
            <w:tcW w:type="dxa" w:w="6236"/>
          </w:tcPr>
          <w:p>
            <w:r>
              <w:br/>
              <w:br/>
              <w:br/>
              <w:br/>
              <w:br/>
            </w:r>
          </w:p>
        </w:tc>
      </w:tr>
    </w:tbl>
    <w:p/>
    <w:p>
      <w:pPr>
        <w:pStyle w:val="Heading1"/>
      </w:pPr>
      <w:r>
        <w:rPr>
          <w:color w:val="0078D4"/>
        </w:rPr>
        <w:t>3. 첨부 파일 안내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rPr>
                <w:b/>
                <w:sz w:val="20"/>
              </w:rPr>
              <w:t>구분</w:t>
            </w:r>
          </w:p>
        </w:tc>
        <w:tc>
          <w:tcPr>
            <w:tcW w:type="dxa" w:w="3135"/>
          </w:tcPr>
          <w:p>
            <w:r>
              <w:rPr>
                <w:b/>
                <w:sz w:val="20"/>
              </w:rPr>
              <w:t>필수 여부</w:t>
            </w:r>
          </w:p>
        </w:tc>
        <w:tc>
          <w:tcPr>
            <w:tcW w:type="dxa" w:w="3135"/>
          </w:tcPr>
          <w:p>
            <w:r>
              <w:rPr>
                <w:b/>
                <w:sz w:val="20"/>
              </w:rPr>
              <w:t>설명</w:t>
            </w:r>
          </w:p>
        </w:tc>
      </w:tr>
      <w:tr>
        <w:tc>
          <w:tcPr>
            <w:tcW w:type="dxa" w:w="3135"/>
          </w:tcPr>
          <w:p>
            <w:r>
              <w:rPr>
                <w:b/>
                <w:sz w:val="20"/>
              </w:rPr>
              <w:t>원고 파일</w:t>
            </w:r>
          </w:p>
        </w:tc>
        <w:tc>
          <w:tcPr>
            <w:tcW w:type="dxa" w:w="3135"/>
          </w:tcPr>
          <w:p>
            <w:r>
              <w:t>필수</w:t>
            </w:r>
          </w:p>
        </w:tc>
        <w:tc>
          <w:tcPr>
            <w:tcW w:type="dxa" w:w="3135"/>
          </w:tcPr>
          <w:p>
            <w:r>
              <w:t>전체 원고 또는 샘플 원고 30~50페이지</w:t>
              <w:br/>
              <w:t>(PDF, DOCX, HWP / 최대 20MB)</w:t>
            </w:r>
          </w:p>
        </w:tc>
      </w:tr>
      <w:tr>
        <w:tc>
          <w:tcPr>
            <w:tcW w:type="dxa" w:w="3135"/>
          </w:tcPr>
          <w:p>
            <w:r>
              <w:rPr>
                <w:b/>
                <w:sz w:val="20"/>
              </w:rPr>
              <w:t>출간 기획서</w:t>
            </w:r>
          </w:p>
        </w:tc>
        <w:tc>
          <w:tcPr>
            <w:tcW w:type="dxa" w:w="3135"/>
          </w:tcPr>
          <w:p>
            <w:r>
              <w:t>선택</w:t>
            </w:r>
          </w:p>
        </w:tc>
        <w:tc>
          <w:tcPr>
            <w:tcW w:type="dxa" w:w="3135"/>
          </w:tcPr>
          <w:p>
            <w:r>
              <w:t>별도 기획서가 있는 경우 첨부</w:t>
              <w:br/>
              <w:t>(PDF, DOCX, HWP / 최대 20MB)</w:t>
            </w:r>
          </w:p>
        </w:tc>
      </w:tr>
    </w:tbl>
    <w:p/>
    <w:p>
      <w:pPr>
        <w:pStyle w:val="Heading1"/>
      </w:pPr>
      <w:r>
        <w:rPr>
          <w:color w:val="0078D4"/>
        </w:rPr>
        <w:t>4. 유의사항</w:t>
      </w:r>
    </w:p>
    <w:p>
      <w:pPr>
        <w:pStyle w:val="ListBullet"/>
      </w:pPr>
      <w:r>
        <w:rPr>
          <w:sz w:val="20"/>
        </w:rPr>
        <w:t>제출하신 원고와 개인정보는 투고 검토 목적으로만 사용되며, 검토 완료 후 안전하게 관리됩니다.</w:t>
      </w:r>
    </w:p>
    <w:p>
      <w:pPr>
        <w:pStyle w:val="ListBullet"/>
      </w:pPr>
      <w:r>
        <w:rPr>
          <w:sz w:val="20"/>
        </w:rPr>
        <w:t>다른 출판사에 동시 투고 중인 경우, 반드시 사전에 알려주시기 바랍니다.</w:t>
      </w:r>
    </w:p>
    <w:p>
      <w:pPr>
        <w:pStyle w:val="ListBullet"/>
      </w:pPr>
      <w:r>
        <w:rPr>
          <w:sz w:val="20"/>
        </w:rPr>
        <w:t>검토 결과는 접수일로부터 약 4~6주 내에 입력하신 이메일로 안내드립니다.</w:t>
      </w:r>
    </w:p>
    <w:p>
      <w:pPr>
        <w:pStyle w:val="ListBullet"/>
      </w:pPr>
      <w:r>
        <w:rPr>
          <w:sz w:val="20"/>
        </w:rPr>
        <w:t>투고 관련 문의: uibooks@uibooks.co.kr</w:t>
      </w:r>
    </w:p>
    <w:p/>
    <w:p/>
    <w:p>
      <w:pPr>
        <w:jc w:val="center"/>
      </w:pPr>
      <w:r>
        <w:rPr>
          <w:color w:val="808080"/>
          <w:sz w:val="18"/>
        </w:rPr>
        <w:t>도서출판 유아이북스</w:t>
        <w:br/>
        <w:t>서울특별시 용산구 효창원로64길 6 일진빌딩 2층</w:t>
        <w:br/>
        <w:t>uibooks@uibooks.co.kr</w:t>
      </w:r>
    </w:p>
    <w:sectPr w:rsidR="00FC693F" w:rsidRPr="0006063C" w:rsidSect="0003461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맑은 고딕" w:hAnsi="맑은 고딕" w:eastAsia="맑은 고딕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